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2F740" w14:textId="02BF01E3" w:rsidR="0029751E" w:rsidRPr="0073017B" w:rsidRDefault="009E2EC0">
      <w:pPr>
        <w:spacing w:after="0"/>
        <w:jc w:val="center"/>
      </w:pPr>
      <w:r w:rsidRPr="0073017B">
        <w:rPr>
          <w:b/>
          <w:sz w:val="44"/>
        </w:rPr>
        <w:t>FIELD DAY BINGO!</w:t>
      </w:r>
    </w:p>
    <w:p w14:paraId="525EF1E0" w14:textId="77777777" w:rsidR="0073017B" w:rsidRDefault="0073017B">
      <w:pPr>
        <w:jc w:val="center"/>
        <w:rPr>
          <w:b/>
        </w:rPr>
      </w:pPr>
    </w:p>
    <w:p w14:paraId="7B972218" w14:textId="74B8032E" w:rsidR="0029751E" w:rsidRDefault="009E2EC0">
      <w:pPr>
        <w:jc w:val="center"/>
      </w:pPr>
      <w:r>
        <w:rPr>
          <w:b/>
        </w:rPr>
        <w:t>Team name / names: _______________________________________   School: __________________________</w:t>
      </w:r>
    </w:p>
    <w:p w14:paraId="7003FC6F" w14:textId="77777777" w:rsidR="0029751E" w:rsidRDefault="009E2EC0">
      <w:pPr>
        <w:jc w:val="center"/>
      </w:pPr>
      <w:r>
        <w:t>Visit stands, try activities and complete as many squares as you can. Ask an adult or exhibitor if you need help.</w:t>
      </w:r>
    </w:p>
    <w:p w14:paraId="2A8E662A" w14:textId="77777777" w:rsidR="0073017B" w:rsidRDefault="0073017B">
      <w:pPr>
        <w:jc w:val="center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35"/>
        <w:gridCol w:w="2635"/>
        <w:gridCol w:w="2635"/>
        <w:gridCol w:w="2635"/>
      </w:tblGrid>
      <w:tr w:rsidR="0029751E" w14:paraId="7B1A598B" w14:textId="77777777" w:rsidTr="00260563">
        <w:trPr>
          <w:trHeight w:val="1800"/>
          <w:jc w:val="center"/>
        </w:trPr>
        <w:tc>
          <w:tcPr>
            <w:tcW w:w="2635" w:type="dxa"/>
            <w:shd w:val="clear" w:color="auto" w:fill="D6E3BC" w:themeFill="accent3" w:themeFillTint="66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6868EAF1" w14:textId="2DFBEDFB" w:rsidR="00E76275" w:rsidRDefault="00E76275" w:rsidP="00E76275">
            <w:pPr>
              <w:spacing w:before="20" w:after="20"/>
              <w:jc w:val="center"/>
              <w:rPr>
                <w:sz w:val="15"/>
              </w:rPr>
            </w:pPr>
            <w:r>
              <w:rPr>
                <w:b/>
                <w:bCs/>
                <w:sz w:val="15"/>
              </w:rPr>
              <w:t>WOOL</w:t>
            </w:r>
            <w:r w:rsidR="009E2EC0" w:rsidRPr="00E76275">
              <w:rPr>
                <w:sz w:val="15"/>
              </w:rPr>
              <w:br/>
            </w:r>
            <w:r w:rsidRPr="00E76275">
              <w:rPr>
                <w:sz w:val="15"/>
              </w:rPr>
              <w:t>Find a product made of sheep wool.</w:t>
            </w:r>
          </w:p>
          <w:p w14:paraId="496E77EF" w14:textId="77777777" w:rsidR="00E76275" w:rsidRDefault="00E76275" w:rsidP="00E76275">
            <w:pPr>
              <w:spacing w:before="20" w:after="20"/>
              <w:rPr>
                <w:sz w:val="15"/>
              </w:rPr>
            </w:pPr>
          </w:p>
          <w:p w14:paraId="01538119" w14:textId="1C0A1258" w:rsidR="0029751E" w:rsidRDefault="009E2EC0" w:rsidP="00E76275">
            <w:pPr>
              <w:spacing w:before="20" w:after="20"/>
              <w:jc w:val="center"/>
              <w:rPr>
                <w:sz w:val="15"/>
              </w:rPr>
            </w:pP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  <w:p w14:paraId="4DDE14C4" w14:textId="77777777" w:rsidR="0073017B" w:rsidRDefault="0073017B">
            <w:pPr>
              <w:spacing w:before="20" w:after="20"/>
              <w:jc w:val="center"/>
              <w:rPr>
                <w:sz w:val="15"/>
              </w:rPr>
            </w:pPr>
          </w:p>
          <w:p w14:paraId="3FF777F2" w14:textId="77777777" w:rsidR="0073017B" w:rsidRDefault="0073017B">
            <w:pPr>
              <w:spacing w:before="20" w:after="20"/>
              <w:jc w:val="center"/>
              <w:rPr>
                <w:sz w:val="15"/>
              </w:rPr>
            </w:pPr>
          </w:p>
          <w:p w14:paraId="63F82921" w14:textId="0B71D321" w:rsidR="0073017B" w:rsidRDefault="0073017B">
            <w:pPr>
              <w:spacing w:before="20" w:after="20"/>
              <w:jc w:val="center"/>
            </w:pPr>
          </w:p>
        </w:tc>
        <w:tc>
          <w:tcPr>
            <w:tcW w:w="2635" w:type="dxa"/>
            <w:shd w:val="clear" w:color="auto" w:fill="FFFFFF" w:themeFill="background1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2A0D6B8C" w14:textId="0A7A776B" w:rsidR="0073017B" w:rsidRPr="006D21A5" w:rsidRDefault="00FD0C61" w:rsidP="0073017B">
            <w:pPr>
              <w:spacing w:before="20" w:after="20" w:line="240" w:lineRule="auto"/>
              <w:jc w:val="center"/>
              <w:rPr>
                <w:sz w:val="15"/>
              </w:rPr>
            </w:pPr>
            <w:r w:rsidRPr="006D21A5">
              <w:rPr>
                <w:b/>
                <w:bCs/>
                <w:sz w:val="15"/>
              </w:rPr>
              <w:t>FARM MACH</w:t>
            </w:r>
            <w:r w:rsidR="006D21A5" w:rsidRPr="006D21A5">
              <w:rPr>
                <w:b/>
                <w:bCs/>
                <w:sz w:val="15"/>
              </w:rPr>
              <w:t>INERY</w:t>
            </w:r>
            <w:r w:rsidR="009E2EC0" w:rsidRPr="006D21A5">
              <w:rPr>
                <w:sz w:val="15"/>
              </w:rPr>
              <w:br/>
            </w:r>
            <w:r w:rsidR="009E2EC0" w:rsidRPr="006D21A5">
              <w:rPr>
                <w:sz w:val="15"/>
              </w:rPr>
              <w:t xml:space="preserve">Find </w:t>
            </w:r>
            <w:r w:rsidR="006D21A5" w:rsidRPr="006D21A5">
              <w:rPr>
                <w:sz w:val="15"/>
              </w:rPr>
              <w:t>a piece of farm machinery. Write below what it is and what it’s used for.</w:t>
            </w:r>
            <w:r w:rsidR="009E2EC0" w:rsidRPr="006D21A5">
              <w:rPr>
                <w:sz w:val="15"/>
              </w:rPr>
              <w:br/>
            </w:r>
            <w:r w:rsidR="009E2EC0" w:rsidRPr="006D21A5">
              <w:rPr>
                <w:sz w:val="15"/>
              </w:rPr>
              <w:br/>
            </w:r>
          </w:p>
          <w:p w14:paraId="3A808D95" w14:textId="77777777" w:rsidR="0073017B" w:rsidRPr="006D21A5" w:rsidRDefault="0073017B" w:rsidP="0073017B">
            <w:pPr>
              <w:spacing w:before="20" w:after="20" w:line="240" w:lineRule="auto"/>
              <w:jc w:val="center"/>
              <w:rPr>
                <w:sz w:val="15"/>
              </w:rPr>
            </w:pPr>
          </w:p>
          <w:p w14:paraId="3A7280F9" w14:textId="77777777" w:rsidR="0073017B" w:rsidRPr="006D21A5" w:rsidRDefault="0073017B" w:rsidP="0073017B">
            <w:pPr>
              <w:spacing w:before="20" w:after="20" w:line="240" w:lineRule="auto"/>
              <w:jc w:val="center"/>
              <w:rPr>
                <w:sz w:val="15"/>
              </w:rPr>
            </w:pPr>
          </w:p>
          <w:p w14:paraId="59280BF9" w14:textId="77777777" w:rsidR="0073017B" w:rsidRPr="006D21A5" w:rsidRDefault="0073017B" w:rsidP="0073017B">
            <w:pPr>
              <w:spacing w:before="20" w:after="20" w:line="240" w:lineRule="auto"/>
              <w:jc w:val="center"/>
              <w:rPr>
                <w:sz w:val="15"/>
              </w:rPr>
            </w:pPr>
          </w:p>
          <w:p w14:paraId="351FCEA5" w14:textId="77777777" w:rsidR="0073017B" w:rsidRPr="006D21A5" w:rsidRDefault="0073017B" w:rsidP="0073017B">
            <w:pPr>
              <w:spacing w:before="20" w:after="20" w:line="240" w:lineRule="auto"/>
              <w:jc w:val="center"/>
              <w:rPr>
                <w:sz w:val="15"/>
              </w:rPr>
            </w:pPr>
          </w:p>
          <w:p w14:paraId="424ECC1A" w14:textId="70603009" w:rsidR="0029751E" w:rsidRPr="006D21A5" w:rsidRDefault="009E2EC0" w:rsidP="0073017B">
            <w:pPr>
              <w:spacing w:before="20" w:after="20" w:line="240" w:lineRule="auto"/>
              <w:jc w:val="center"/>
            </w:pPr>
            <w:r w:rsidRPr="006D21A5">
              <w:rPr>
                <w:sz w:val="15"/>
              </w:rPr>
              <w:br/>
            </w:r>
          </w:p>
        </w:tc>
        <w:tc>
          <w:tcPr>
            <w:tcW w:w="2635" w:type="dxa"/>
            <w:shd w:val="clear" w:color="auto" w:fill="B6DDE8" w:themeFill="accent5" w:themeFillTint="66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537F50F4" w14:textId="7E323B82" w:rsidR="0073017B" w:rsidRPr="006D21A5" w:rsidRDefault="009E2EC0">
            <w:pPr>
              <w:spacing w:before="20" w:after="20"/>
              <w:jc w:val="center"/>
              <w:rPr>
                <w:sz w:val="15"/>
              </w:rPr>
            </w:pPr>
            <w:r w:rsidRPr="006D21A5">
              <w:rPr>
                <w:b/>
                <w:bCs/>
                <w:sz w:val="15"/>
              </w:rPr>
              <w:t>ASK AN EXPERT</w:t>
            </w:r>
            <w:r w:rsidRPr="006D21A5">
              <w:rPr>
                <w:sz w:val="15"/>
              </w:rPr>
              <w:br/>
            </w:r>
            <w:r w:rsidRPr="006D21A5">
              <w:rPr>
                <w:sz w:val="15"/>
              </w:rPr>
              <w:t>Ask someone what their job is. Write one thing they enjoy about it.</w:t>
            </w:r>
            <w:r w:rsidRPr="006D21A5">
              <w:rPr>
                <w:sz w:val="15"/>
              </w:rPr>
              <w:br/>
            </w:r>
          </w:p>
          <w:p w14:paraId="108F3E71" w14:textId="77777777" w:rsidR="0073017B" w:rsidRPr="006D21A5" w:rsidRDefault="0073017B">
            <w:pPr>
              <w:spacing w:before="20" w:after="20"/>
              <w:jc w:val="center"/>
              <w:rPr>
                <w:sz w:val="15"/>
              </w:rPr>
            </w:pPr>
          </w:p>
          <w:p w14:paraId="60BDF73A" w14:textId="77777777" w:rsidR="0073017B" w:rsidRPr="006D21A5" w:rsidRDefault="0073017B">
            <w:pPr>
              <w:spacing w:before="20" w:after="20"/>
              <w:jc w:val="center"/>
              <w:rPr>
                <w:sz w:val="15"/>
              </w:rPr>
            </w:pPr>
          </w:p>
          <w:p w14:paraId="24DAEC78" w14:textId="77777777" w:rsidR="0073017B" w:rsidRPr="006D21A5" w:rsidRDefault="0073017B">
            <w:pPr>
              <w:spacing w:before="20" w:after="20"/>
              <w:jc w:val="center"/>
              <w:rPr>
                <w:sz w:val="15"/>
              </w:rPr>
            </w:pPr>
          </w:p>
          <w:p w14:paraId="63F8D79C" w14:textId="72C258F0" w:rsidR="0029751E" w:rsidRPr="006D21A5" w:rsidRDefault="009E2EC0">
            <w:pPr>
              <w:spacing w:before="20" w:after="20"/>
              <w:jc w:val="center"/>
            </w:pPr>
            <w:r w:rsidRPr="006D21A5">
              <w:rPr>
                <w:sz w:val="15"/>
              </w:rPr>
              <w:br/>
            </w:r>
          </w:p>
        </w:tc>
        <w:tc>
          <w:tcPr>
            <w:tcW w:w="2635" w:type="dxa"/>
            <w:shd w:val="clear" w:color="auto" w:fill="DDD9C3" w:themeFill="background2" w:themeFillShade="E6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32C9A704" w14:textId="6821E5B5" w:rsidR="0073017B" w:rsidRDefault="009E2EC0">
            <w:pPr>
              <w:spacing w:before="20" w:after="20"/>
              <w:jc w:val="center"/>
              <w:rPr>
                <w:sz w:val="15"/>
              </w:rPr>
            </w:pPr>
            <w:r w:rsidRPr="0073017B">
              <w:rPr>
                <w:b/>
                <w:bCs/>
                <w:sz w:val="15"/>
              </w:rPr>
              <w:t>TRY A CHALLENGE</w:t>
            </w:r>
            <w:r>
              <w:rPr>
                <w:sz w:val="15"/>
              </w:rPr>
              <w:br/>
            </w:r>
            <w:r>
              <w:rPr>
                <w:sz w:val="15"/>
              </w:rPr>
              <w:t>Have a go at a</w:t>
            </w:r>
            <w:r w:rsidR="003378F0">
              <w:rPr>
                <w:sz w:val="15"/>
              </w:rPr>
              <w:t xml:space="preserve">n </w:t>
            </w:r>
            <w:r>
              <w:rPr>
                <w:sz w:val="15"/>
              </w:rPr>
              <w:t>activity. What skill did you use?</w:t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  <w:p w14:paraId="43A40359" w14:textId="77777777" w:rsidR="0073017B" w:rsidRDefault="0073017B">
            <w:pPr>
              <w:spacing w:before="20" w:after="20"/>
              <w:jc w:val="center"/>
              <w:rPr>
                <w:sz w:val="15"/>
              </w:rPr>
            </w:pPr>
          </w:p>
          <w:p w14:paraId="4324D225" w14:textId="77777777" w:rsidR="0073017B" w:rsidRDefault="0073017B">
            <w:pPr>
              <w:spacing w:before="20" w:after="20"/>
              <w:jc w:val="center"/>
              <w:rPr>
                <w:sz w:val="15"/>
              </w:rPr>
            </w:pPr>
          </w:p>
          <w:p w14:paraId="3DBA913B" w14:textId="77777777" w:rsidR="0073017B" w:rsidRDefault="0073017B">
            <w:pPr>
              <w:spacing w:before="20" w:after="20"/>
              <w:jc w:val="center"/>
              <w:rPr>
                <w:sz w:val="15"/>
              </w:rPr>
            </w:pPr>
          </w:p>
          <w:p w14:paraId="1845D0CC" w14:textId="39624D7D" w:rsidR="0029751E" w:rsidRDefault="0029751E">
            <w:pPr>
              <w:spacing w:before="20" w:after="20"/>
              <w:jc w:val="center"/>
              <w:rPr>
                <w:sz w:val="15"/>
              </w:rPr>
            </w:pPr>
          </w:p>
          <w:p w14:paraId="1CF133C2" w14:textId="77777777" w:rsidR="00C7570C" w:rsidRDefault="00C7570C">
            <w:pPr>
              <w:spacing w:before="20" w:after="20"/>
              <w:jc w:val="center"/>
              <w:rPr>
                <w:sz w:val="15"/>
              </w:rPr>
            </w:pPr>
          </w:p>
          <w:p w14:paraId="5C747787" w14:textId="7DAE860A" w:rsidR="0073017B" w:rsidRDefault="0073017B">
            <w:pPr>
              <w:spacing w:before="20" w:after="20"/>
              <w:jc w:val="center"/>
            </w:pPr>
          </w:p>
        </w:tc>
      </w:tr>
      <w:tr w:rsidR="0029751E" w14:paraId="53D7A81B" w14:textId="77777777" w:rsidTr="00260563">
        <w:trPr>
          <w:trHeight w:val="1800"/>
          <w:jc w:val="center"/>
        </w:trPr>
        <w:tc>
          <w:tcPr>
            <w:tcW w:w="2635" w:type="dxa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2579668C" w14:textId="2EC90BF0" w:rsidR="0029751E" w:rsidRDefault="009E2EC0">
            <w:pPr>
              <w:spacing w:before="20" w:after="20"/>
              <w:jc w:val="center"/>
              <w:rPr>
                <w:sz w:val="15"/>
              </w:rPr>
            </w:pPr>
            <w:r w:rsidRPr="0073017B">
              <w:rPr>
                <w:b/>
                <w:bCs/>
                <w:sz w:val="15"/>
              </w:rPr>
              <w:t>CLEVER TECHNOLOGY</w:t>
            </w:r>
            <w:r>
              <w:rPr>
                <w:sz w:val="15"/>
              </w:rPr>
              <w:br/>
            </w:r>
            <w:r>
              <w:rPr>
                <w:sz w:val="15"/>
              </w:rPr>
              <w:t>Find a tool, machine or technology used in farming. What does it help people do?</w:t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  <w:p w14:paraId="1FF0BC93" w14:textId="77777777" w:rsidR="0073017B" w:rsidRDefault="0073017B">
            <w:pPr>
              <w:spacing w:before="20" w:after="20"/>
              <w:jc w:val="center"/>
              <w:rPr>
                <w:sz w:val="15"/>
              </w:rPr>
            </w:pPr>
          </w:p>
          <w:p w14:paraId="35D52242" w14:textId="77777777" w:rsidR="0073017B" w:rsidRDefault="0073017B">
            <w:pPr>
              <w:spacing w:before="20" w:after="20"/>
              <w:jc w:val="center"/>
              <w:rPr>
                <w:sz w:val="15"/>
              </w:rPr>
            </w:pPr>
          </w:p>
          <w:p w14:paraId="3CEA3217" w14:textId="2F7F7332" w:rsidR="0073017B" w:rsidRDefault="0073017B">
            <w:pPr>
              <w:spacing w:before="20" w:after="20"/>
              <w:jc w:val="center"/>
            </w:pPr>
          </w:p>
        </w:tc>
        <w:tc>
          <w:tcPr>
            <w:tcW w:w="2635" w:type="dxa"/>
            <w:shd w:val="clear" w:color="auto" w:fill="D6E3BC" w:themeFill="accent3" w:themeFillTint="66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76A7DB11" w14:textId="777637C7" w:rsidR="0073017B" w:rsidRDefault="009E2EC0" w:rsidP="0073017B">
            <w:pPr>
              <w:spacing w:before="20" w:after="20"/>
              <w:jc w:val="center"/>
              <w:rPr>
                <w:sz w:val="15"/>
              </w:rPr>
            </w:pPr>
            <w:r w:rsidRPr="0073017B">
              <w:rPr>
                <w:b/>
                <w:bCs/>
                <w:sz w:val="15"/>
              </w:rPr>
              <w:t>SOIL &amp; WATER</w:t>
            </w:r>
            <w:r>
              <w:rPr>
                <w:sz w:val="15"/>
              </w:rPr>
              <w:br/>
            </w:r>
            <w:r>
              <w:rPr>
                <w:sz w:val="15"/>
              </w:rPr>
              <w:t>Find a stand about soil, rivers or water. Name one way to look after them.</w:t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  <w:p w14:paraId="382E9EFE" w14:textId="77777777" w:rsidR="0073017B" w:rsidRDefault="0073017B" w:rsidP="0073017B">
            <w:pPr>
              <w:spacing w:before="20" w:after="20"/>
              <w:jc w:val="center"/>
              <w:rPr>
                <w:sz w:val="15"/>
              </w:rPr>
            </w:pPr>
          </w:p>
          <w:p w14:paraId="71A97B71" w14:textId="77777777" w:rsidR="0073017B" w:rsidRDefault="0073017B" w:rsidP="0073017B">
            <w:pPr>
              <w:spacing w:before="20" w:after="20"/>
              <w:jc w:val="center"/>
              <w:rPr>
                <w:sz w:val="15"/>
              </w:rPr>
            </w:pPr>
          </w:p>
          <w:p w14:paraId="0700D001" w14:textId="77777777" w:rsidR="0073017B" w:rsidRDefault="0073017B" w:rsidP="0073017B">
            <w:pPr>
              <w:spacing w:before="20" w:after="20"/>
              <w:jc w:val="center"/>
              <w:rPr>
                <w:sz w:val="15"/>
              </w:rPr>
            </w:pPr>
          </w:p>
          <w:p w14:paraId="7F907B49" w14:textId="0DF18ED2" w:rsidR="0029751E" w:rsidRDefault="009E2EC0" w:rsidP="0073017B">
            <w:pPr>
              <w:spacing w:before="20" w:after="20"/>
              <w:jc w:val="center"/>
            </w:pPr>
            <w:r>
              <w:rPr>
                <w:sz w:val="15"/>
              </w:rPr>
              <w:br/>
            </w:r>
          </w:p>
        </w:tc>
        <w:tc>
          <w:tcPr>
            <w:tcW w:w="2635" w:type="dxa"/>
            <w:shd w:val="clear" w:color="auto" w:fill="DDD9C3" w:themeFill="background2" w:themeFillShade="E6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1ACAB365" w14:textId="77777777" w:rsidR="00FA43AB" w:rsidRPr="00FA43AB" w:rsidRDefault="009E2EC0" w:rsidP="00FA43AB">
            <w:pPr>
              <w:spacing w:before="20" w:after="20"/>
              <w:jc w:val="center"/>
              <w:rPr>
                <w:sz w:val="15"/>
                <w:lang w:val="en-NZ"/>
              </w:rPr>
            </w:pPr>
            <w:r w:rsidRPr="00C80FE8">
              <w:rPr>
                <w:b/>
                <w:bCs/>
                <w:sz w:val="15"/>
              </w:rPr>
              <w:t>FROM FARM TO FOOD</w:t>
            </w:r>
            <w:r w:rsidRPr="00C80FE8">
              <w:rPr>
                <w:sz w:val="15"/>
              </w:rPr>
              <w:br/>
            </w:r>
            <w:r w:rsidR="00FA43AB" w:rsidRPr="00FA43AB">
              <w:rPr>
                <w:sz w:val="15"/>
                <w:lang w:val="en-NZ"/>
              </w:rPr>
              <w:t>Choose a food and name one step it takes on its journey from farm to supermarket.</w:t>
            </w:r>
          </w:p>
          <w:p w14:paraId="21F8FAFE" w14:textId="6D50F13F" w:rsidR="0073017B" w:rsidRDefault="009E2EC0">
            <w:pPr>
              <w:spacing w:before="20" w:after="20"/>
              <w:jc w:val="center"/>
              <w:rPr>
                <w:sz w:val="15"/>
              </w:rPr>
            </w:pP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  <w:p w14:paraId="0BC833D3" w14:textId="77777777" w:rsidR="0073017B" w:rsidRDefault="0073017B">
            <w:pPr>
              <w:spacing w:before="20" w:after="20"/>
              <w:jc w:val="center"/>
              <w:rPr>
                <w:sz w:val="15"/>
              </w:rPr>
            </w:pPr>
          </w:p>
          <w:p w14:paraId="2C8FD1BC" w14:textId="77777777" w:rsidR="0073017B" w:rsidRDefault="0073017B">
            <w:pPr>
              <w:spacing w:before="20" w:after="20"/>
              <w:jc w:val="center"/>
              <w:rPr>
                <w:sz w:val="15"/>
              </w:rPr>
            </w:pPr>
          </w:p>
          <w:p w14:paraId="27188E47" w14:textId="77777777" w:rsidR="0073017B" w:rsidRDefault="0073017B">
            <w:pPr>
              <w:spacing w:before="20" w:after="20"/>
              <w:jc w:val="center"/>
              <w:rPr>
                <w:sz w:val="15"/>
              </w:rPr>
            </w:pPr>
          </w:p>
          <w:p w14:paraId="64D6A50A" w14:textId="246DE5E0" w:rsidR="0029751E" w:rsidRDefault="009E2EC0">
            <w:pPr>
              <w:spacing w:before="20" w:after="20"/>
              <w:jc w:val="center"/>
            </w:pPr>
            <w:r>
              <w:rPr>
                <w:sz w:val="15"/>
              </w:rPr>
              <w:br/>
            </w:r>
          </w:p>
        </w:tc>
        <w:tc>
          <w:tcPr>
            <w:tcW w:w="2635" w:type="dxa"/>
            <w:shd w:val="clear" w:color="auto" w:fill="B6DDE8" w:themeFill="accent5" w:themeFillTint="66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345BDF65" w14:textId="12E43B87" w:rsidR="0073017B" w:rsidRDefault="009E2EC0">
            <w:pPr>
              <w:spacing w:before="20" w:after="20"/>
              <w:jc w:val="center"/>
              <w:rPr>
                <w:sz w:val="15"/>
              </w:rPr>
            </w:pPr>
            <w:r w:rsidRPr="0073017B">
              <w:rPr>
                <w:b/>
                <w:bCs/>
                <w:sz w:val="15"/>
              </w:rPr>
              <w:t>CAREER SPOTTER</w:t>
            </w:r>
            <w:r>
              <w:rPr>
                <w:sz w:val="15"/>
              </w:rPr>
              <w:br/>
            </w:r>
            <w:r>
              <w:rPr>
                <w:sz w:val="15"/>
              </w:rPr>
              <w:t xml:space="preserve">Find a job you had not heard of before. What </w:t>
            </w:r>
            <w:r w:rsidR="00E63796">
              <w:rPr>
                <w:sz w:val="15"/>
              </w:rPr>
              <w:t>does a person in that job do?</w:t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  <w:p w14:paraId="6BCC5DD6" w14:textId="77777777" w:rsidR="0073017B" w:rsidRDefault="0073017B">
            <w:pPr>
              <w:spacing w:before="20" w:after="20"/>
              <w:jc w:val="center"/>
              <w:rPr>
                <w:sz w:val="15"/>
              </w:rPr>
            </w:pPr>
          </w:p>
          <w:p w14:paraId="0EF2AD2B" w14:textId="77777777" w:rsidR="0073017B" w:rsidRDefault="0073017B">
            <w:pPr>
              <w:spacing w:before="20" w:after="20"/>
              <w:jc w:val="center"/>
              <w:rPr>
                <w:sz w:val="15"/>
              </w:rPr>
            </w:pPr>
          </w:p>
          <w:p w14:paraId="4B023A2B" w14:textId="77777777" w:rsidR="00C7570C" w:rsidRDefault="00C7570C">
            <w:pPr>
              <w:spacing w:before="20" w:after="20"/>
              <w:jc w:val="center"/>
              <w:rPr>
                <w:sz w:val="15"/>
              </w:rPr>
            </w:pPr>
          </w:p>
          <w:p w14:paraId="43A0216A" w14:textId="77777777" w:rsidR="0073017B" w:rsidRDefault="0073017B">
            <w:pPr>
              <w:spacing w:before="20" w:after="20"/>
              <w:jc w:val="center"/>
              <w:rPr>
                <w:sz w:val="15"/>
              </w:rPr>
            </w:pPr>
          </w:p>
          <w:p w14:paraId="198664D9" w14:textId="0EEA0A77" w:rsidR="0029751E" w:rsidRDefault="009E2EC0">
            <w:pPr>
              <w:spacing w:before="20" w:after="20"/>
              <w:jc w:val="center"/>
            </w:pPr>
            <w:r>
              <w:rPr>
                <w:sz w:val="15"/>
              </w:rPr>
              <w:br/>
            </w:r>
          </w:p>
        </w:tc>
      </w:tr>
      <w:tr w:rsidR="0029751E" w14:paraId="1FD7D495" w14:textId="77777777" w:rsidTr="00260563">
        <w:trPr>
          <w:trHeight w:val="1800"/>
          <w:jc w:val="center"/>
        </w:trPr>
        <w:tc>
          <w:tcPr>
            <w:tcW w:w="2635" w:type="dxa"/>
            <w:shd w:val="clear" w:color="auto" w:fill="B6DDE8" w:themeFill="accent5" w:themeFillTint="66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2C1A4164" w14:textId="19CB7EB8" w:rsidR="0029751E" w:rsidRDefault="009E2EC0">
            <w:pPr>
              <w:spacing w:before="20" w:after="20"/>
              <w:jc w:val="center"/>
              <w:rPr>
                <w:sz w:val="15"/>
              </w:rPr>
            </w:pPr>
            <w:r w:rsidRPr="0073017B">
              <w:rPr>
                <w:b/>
                <w:bCs/>
                <w:sz w:val="15"/>
              </w:rPr>
              <w:t>WOOD &amp; FIBRE</w:t>
            </w:r>
            <w:r>
              <w:rPr>
                <w:sz w:val="15"/>
              </w:rPr>
              <w:br/>
            </w:r>
            <w:r>
              <w:rPr>
                <w:sz w:val="15"/>
              </w:rPr>
              <w:t>Find something made from wood, wool or another natural fibre. What is it used for?</w:t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  <w:p w14:paraId="13AB770B" w14:textId="77777777" w:rsidR="0073017B" w:rsidRDefault="0073017B">
            <w:pPr>
              <w:spacing w:before="20" w:after="20"/>
              <w:jc w:val="center"/>
              <w:rPr>
                <w:sz w:val="15"/>
              </w:rPr>
            </w:pPr>
          </w:p>
          <w:p w14:paraId="62ECAD48" w14:textId="77777777" w:rsidR="0073017B" w:rsidRDefault="0073017B">
            <w:pPr>
              <w:spacing w:before="20" w:after="20"/>
              <w:jc w:val="center"/>
              <w:rPr>
                <w:sz w:val="15"/>
              </w:rPr>
            </w:pPr>
          </w:p>
          <w:p w14:paraId="1358F465" w14:textId="3019E9B7" w:rsidR="0073017B" w:rsidRDefault="0073017B">
            <w:pPr>
              <w:spacing w:before="20" w:after="20"/>
              <w:jc w:val="center"/>
            </w:pPr>
          </w:p>
        </w:tc>
        <w:tc>
          <w:tcPr>
            <w:tcW w:w="2635" w:type="dxa"/>
            <w:shd w:val="clear" w:color="auto" w:fill="DDD9C3" w:themeFill="background2" w:themeFillShade="E6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601B1D22" w14:textId="5C7A98E4" w:rsidR="0073017B" w:rsidRDefault="009E2EC0">
            <w:pPr>
              <w:spacing w:before="20" w:after="20"/>
              <w:jc w:val="center"/>
              <w:rPr>
                <w:sz w:val="15"/>
              </w:rPr>
            </w:pPr>
            <w:r w:rsidRPr="0073017B">
              <w:rPr>
                <w:b/>
                <w:bCs/>
                <w:sz w:val="15"/>
              </w:rPr>
              <w:t>HELP THE ENVIRONMENT</w:t>
            </w:r>
            <w:r>
              <w:rPr>
                <w:sz w:val="15"/>
              </w:rPr>
              <w:br/>
            </w:r>
            <w:r>
              <w:rPr>
                <w:sz w:val="15"/>
              </w:rPr>
              <w:t>Find one idea that could help farms or nature. How might it help?</w:t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  <w:p w14:paraId="374637D4" w14:textId="77777777" w:rsidR="0073017B" w:rsidRDefault="0073017B">
            <w:pPr>
              <w:spacing w:before="20" w:after="20"/>
              <w:jc w:val="center"/>
              <w:rPr>
                <w:sz w:val="15"/>
              </w:rPr>
            </w:pPr>
          </w:p>
          <w:p w14:paraId="5C6B7C92" w14:textId="77777777" w:rsidR="0073017B" w:rsidRDefault="0073017B">
            <w:pPr>
              <w:spacing w:before="20" w:after="20"/>
              <w:jc w:val="center"/>
              <w:rPr>
                <w:sz w:val="15"/>
              </w:rPr>
            </w:pPr>
          </w:p>
          <w:p w14:paraId="56A47F56" w14:textId="1BD884CD" w:rsidR="0029751E" w:rsidRDefault="009E2EC0">
            <w:pPr>
              <w:spacing w:before="20" w:after="20"/>
              <w:jc w:val="center"/>
            </w:pPr>
            <w:r>
              <w:rPr>
                <w:sz w:val="15"/>
              </w:rPr>
              <w:br/>
            </w:r>
          </w:p>
        </w:tc>
        <w:tc>
          <w:tcPr>
            <w:tcW w:w="2635" w:type="dxa"/>
            <w:shd w:val="clear" w:color="auto" w:fill="D6E3BC" w:themeFill="accent3" w:themeFillTint="66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6C64A0CD" w14:textId="52CEA41C" w:rsidR="0029751E" w:rsidRDefault="009E2EC0">
            <w:pPr>
              <w:spacing w:before="20" w:after="20"/>
              <w:jc w:val="center"/>
              <w:rPr>
                <w:sz w:val="15"/>
              </w:rPr>
            </w:pPr>
            <w:r w:rsidRPr="0073017B">
              <w:rPr>
                <w:b/>
                <w:bCs/>
                <w:sz w:val="15"/>
              </w:rPr>
              <w:t>TEAMWORK</w:t>
            </w:r>
            <w:r>
              <w:rPr>
                <w:sz w:val="15"/>
              </w:rPr>
              <w:br/>
            </w:r>
            <w:r>
              <w:rPr>
                <w:sz w:val="15"/>
              </w:rPr>
              <w:t>Work together to answer a question or complete a task. What helped your team?</w:t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  <w:p w14:paraId="39FC134E" w14:textId="77777777" w:rsidR="0073017B" w:rsidRDefault="0073017B">
            <w:pPr>
              <w:spacing w:before="20" w:after="20"/>
              <w:jc w:val="center"/>
              <w:rPr>
                <w:sz w:val="15"/>
              </w:rPr>
            </w:pPr>
          </w:p>
          <w:p w14:paraId="65885BB9" w14:textId="77777777" w:rsidR="0073017B" w:rsidRDefault="0073017B">
            <w:pPr>
              <w:spacing w:before="20" w:after="20"/>
              <w:jc w:val="center"/>
              <w:rPr>
                <w:sz w:val="15"/>
              </w:rPr>
            </w:pPr>
          </w:p>
          <w:p w14:paraId="7FB5EC5E" w14:textId="2296CD8C" w:rsidR="0073017B" w:rsidRDefault="0073017B">
            <w:pPr>
              <w:spacing w:before="20" w:after="20"/>
              <w:jc w:val="center"/>
            </w:pPr>
          </w:p>
        </w:tc>
        <w:tc>
          <w:tcPr>
            <w:tcW w:w="2635" w:type="dxa"/>
            <w:shd w:val="clear" w:color="auto" w:fill="FFFFFF" w:themeFill="background1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2BAF3921" w14:textId="3A04521B" w:rsidR="0029751E" w:rsidRDefault="009E2EC0">
            <w:pPr>
              <w:spacing w:before="20" w:after="20"/>
              <w:jc w:val="center"/>
              <w:rPr>
                <w:sz w:val="15"/>
              </w:rPr>
            </w:pPr>
            <w:r w:rsidRPr="0073017B">
              <w:rPr>
                <w:b/>
                <w:bCs/>
                <w:sz w:val="15"/>
              </w:rPr>
              <w:t>SURPRISE DISCOVERY</w:t>
            </w:r>
            <w:r>
              <w:rPr>
                <w:sz w:val="15"/>
              </w:rPr>
              <w:br/>
            </w:r>
            <w:r>
              <w:rPr>
                <w:sz w:val="15"/>
              </w:rPr>
              <w:t>Find something that surprises you. Write or draw what you discovered.</w:t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  <w:p w14:paraId="4138272F" w14:textId="77777777" w:rsidR="0073017B" w:rsidRDefault="0073017B">
            <w:pPr>
              <w:spacing w:before="20" w:after="20"/>
              <w:jc w:val="center"/>
              <w:rPr>
                <w:sz w:val="15"/>
              </w:rPr>
            </w:pPr>
          </w:p>
          <w:p w14:paraId="7F5A1A9D" w14:textId="77777777" w:rsidR="00C7570C" w:rsidRDefault="00C7570C">
            <w:pPr>
              <w:spacing w:before="20" w:after="20"/>
              <w:jc w:val="center"/>
              <w:rPr>
                <w:sz w:val="15"/>
              </w:rPr>
            </w:pPr>
          </w:p>
          <w:p w14:paraId="29B5C393" w14:textId="77777777" w:rsidR="0073017B" w:rsidRDefault="0073017B">
            <w:pPr>
              <w:spacing w:before="20" w:after="20"/>
              <w:jc w:val="center"/>
              <w:rPr>
                <w:sz w:val="15"/>
              </w:rPr>
            </w:pPr>
          </w:p>
          <w:p w14:paraId="118A3790" w14:textId="77777777" w:rsidR="0073017B" w:rsidRDefault="0073017B">
            <w:pPr>
              <w:spacing w:before="20" w:after="20"/>
              <w:jc w:val="center"/>
              <w:rPr>
                <w:sz w:val="15"/>
              </w:rPr>
            </w:pPr>
          </w:p>
          <w:p w14:paraId="0139C218" w14:textId="3B33C51D" w:rsidR="0073017B" w:rsidRDefault="0073017B">
            <w:pPr>
              <w:spacing w:before="20" w:after="20"/>
              <w:jc w:val="center"/>
            </w:pPr>
          </w:p>
        </w:tc>
      </w:tr>
      <w:tr w:rsidR="0029751E" w14:paraId="73BEA366" w14:textId="77777777" w:rsidTr="00260563">
        <w:trPr>
          <w:trHeight w:val="1800"/>
          <w:jc w:val="center"/>
        </w:trPr>
        <w:tc>
          <w:tcPr>
            <w:tcW w:w="2635" w:type="dxa"/>
            <w:shd w:val="clear" w:color="auto" w:fill="DDD9C3" w:themeFill="background2" w:themeFillShade="E6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2338A3E4" w14:textId="07671CE0" w:rsidR="0073017B" w:rsidRDefault="009E2EC0">
            <w:pPr>
              <w:spacing w:before="20" w:after="20"/>
              <w:jc w:val="center"/>
              <w:rPr>
                <w:sz w:val="15"/>
              </w:rPr>
            </w:pPr>
            <w:r w:rsidRPr="0073017B">
              <w:rPr>
                <w:b/>
                <w:bCs/>
                <w:sz w:val="15"/>
              </w:rPr>
              <w:t>MEET A GROWER</w:t>
            </w:r>
            <w:r>
              <w:rPr>
                <w:sz w:val="15"/>
              </w:rPr>
              <w:br/>
            </w:r>
            <w:r>
              <w:rPr>
                <w:sz w:val="15"/>
              </w:rPr>
              <w:t>Ask someone how they grow or produce something. What did you learn?</w:t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  <w:p w14:paraId="0612D54E" w14:textId="77777777" w:rsidR="0073017B" w:rsidRDefault="0073017B">
            <w:pPr>
              <w:spacing w:before="20" w:after="20"/>
              <w:jc w:val="center"/>
              <w:rPr>
                <w:sz w:val="15"/>
              </w:rPr>
            </w:pPr>
          </w:p>
          <w:p w14:paraId="2679CB9E" w14:textId="77777777" w:rsidR="0073017B" w:rsidRDefault="0073017B">
            <w:pPr>
              <w:spacing w:before="20" w:after="20"/>
              <w:jc w:val="center"/>
              <w:rPr>
                <w:sz w:val="15"/>
              </w:rPr>
            </w:pPr>
          </w:p>
          <w:p w14:paraId="36032502" w14:textId="1B8DB587" w:rsidR="0029751E" w:rsidRDefault="009E2EC0">
            <w:pPr>
              <w:spacing w:before="20" w:after="20"/>
              <w:jc w:val="center"/>
            </w:pPr>
            <w:r>
              <w:rPr>
                <w:sz w:val="15"/>
              </w:rPr>
              <w:br/>
            </w:r>
          </w:p>
        </w:tc>
        <w:tc>
          <w:tcPr>
            <w:tcW w:w="2635" w:type="dxa"/>
            <w:shd w:val="clear" w:color="auto" w:fill="B6DDE8" w:themeFill="accent5" w:themeFillTint="66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7854AA4C" w14:textId="743F35F8" w:rsidR="0073017B" w:rsidRDefault="009E2EC0">
            <w:pPr>
              <w:spacing w:before="20" w:after="20"/>
              <w:jc w:val="center"/>
              <w:rPr>
                <w:sz w:val="15"/>
              </w:rPr>
            </w:pPr>
            <w:r w:rsidRPr="00797D17">
              <w:rPr>
                <w:b/>
                <w:bCs/>
                <w:sz w:val="15"/>
              </w:rPr>
              <w:t>FOOD JOURNEY</w:t>
            </w:r>
            <w:r w:rsidRPr="00797D17">
              <w:rPr>
                <w:sz w:val="15"/>
              </w:rPr>
              <w:br/>
            </w:r>
            <w:r w:rsidRPr="00797D17">
              <w:rPr>
                <w:sz w:val="15"/>
              </w:rPr>
              <w:t>Find out how a food is packed or transported after it leaves the farm.</w:t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  <w:p w14:paraId="600698BA" w14:textId="77777777" w:rsidR="0073017B" w:rsidRDefault="0073017B">
            <w:pPr>
              <w:spacing w:before="20" w:after="20"/>
              <w:jc w:val="center"/>
              <w:rPr>
                <w:sz w:val="15"/>
              </w:rPr>
            </w:pPr>
          </w:p>
          <w:p w14:paraId="3216200C" w14:textId="77777777" w:rsidR="0073017B" w:rsidRDefault="0073017B">
            <w:pPr>
              <w:spacing w:before="20" w:after="20"/>
              <w:jc w:val="center"/>
              <w:rPr>
                <w:sz w:val="15"/>
              </w:rPr>
            </w:pPr>
          </w:p>
          <w:p w14:paraId="239FB47F" w14:textId="77777777" w:rsidR="0073017B" w:rsidRDefault="0073017B">
            <w:pPr>
              <w:spacing w:before="20" w:after="20"/>
              <w:jc w:val="center"/>
              <w:rPr>
                <w:sz w:val="15"/>
              </w:rPr>
            </w:pPr>
          </w:p>
          <w:p w14:paraId="31AF8AA4" w14:textId="15D83CC3" w:rsidR="0029751E" w:rsidRDefault="009E2EC0">
            <w:pPr>
              <w:spacing w:before="20" w:after="20"/>
              <w:jc w:val="center"/>
            </w:pPr>
            <w:r>
              <w:rPr>
                <w:sz w:val="15"/>
              </w:rPr>
              <w:br/>
            </w:r>
          </w:p>
        </w:tc>
        <w:tc>
          <w:tcPr>
            <w:tcW w:w="2635" w:type="dxa"/>
            <w:shd w:val="clear" w:color="auto" w:fill="FFFFFF" w:themeFill="background1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5AB7F90C" w14:textId="5F760536" w:rsidR="0073017B" w:rsidRDefault="009E2EC0" w:rsidP="008C7ED0">
            <w:pPr>
              <w:spacing w:before="20" w:after="20"/>
              <w:jc w:val="center"/>
              <w:rPr>
                <w:sz w:val="15"/>
              </w:rPr>
            </w:pPr>
            <w:r w:rsidRPr="0073017B">
              <w:rPr>
                <w:b/>
                <w:bCs/>
                <w:sz w:val="15"/>
              </w:rPr>
              <w:t>SKILLS FOR WORK</w:t>
            </w:r>
            <w:r>
              <w:rPr>
                <w:sz w:val="15"/>
              </w:rPr>
              <w:br/>
            </w:r>
            <w:r w:rsidR="008C7ED0" w:rsidRPr="008C7ED0">
              <w:rPr>
                <w:sz w:val="15"/>
              </w:rPr>
              <w:t>Find someone who uses technology in their job.</w:t>
            </w:r>
            <w:r w:rsidR="008C7ED0">
              <w:rPr>
                <w:sz w:val="15"/>
              </w:rPr>
              <w:t xml:space="preserve"> What is </w:t>
            </w:r>
            <w:r w:rsidR="008200E7">
              <w:rPr>
                <w:sz w:val="15"/>
              </w:rPr>
              <w:t xml:space="preserve">their job title? </w:t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  <w:p w14:paraId="71777801" w14:textId="77777777" w:rsidR="0073017B" w:rsidRDefault="0073017B">
            <w:pPr>
              <w:spacing w:before="20" w:after="20"/>
              <w:jc w:val="center"/>
              <w:rPr>
                <w:sz w:val="15"/>
              </w:rPr>
            </w:pPr>
          </w:p>
          <w:p w14:paraId="3520905B" w14:textId="77777777" w:rsidR="0073017B" w:rsidRDefault="0073017B">
            <w:pPr>
              <w:spacing w:before="20" w:after="20"/>
              <w:jc w:val="center"/>
              <w:rPr>
                <w:sz w:val="15"/>
              </w:rPr>
            </w:pPr>
          </w:p>
          <w:p w14:paraId="0FEFA992" w14:textId="77777777" w:rsidR="0073017B" w:rsidRDefault="0073017B">
            <w:pPr>
              <w:spacing w:before="20" w:after="20"/>
              <w:jc w:val="center"/>
              <w:rPr>
                <w:sz w:val="15"/>
              </w:rPr>
            </w:pPr>
          </w:p>
          <w:p w14:paraId="36668DB2" w14:textId="3D4EB7D8" w:rsidR="0029751E" w:rsidRDefault="009E2EC0">
            <w:pPr>
              <w:spacing w:before="20" w:after="20"/>
              <w:jc w:val="center"/>
            </w:pPr>
            <w:r>
              <w:rPr>
                <w:sz w:val="15"/>
              </w:rPr>
              <w:br/>
            </w:r>
          </w:p>
        </w:tc>
        <w:tc>
          <w:tcPr>
            <w:tcW w:w="2635" w:type="dxa"/>
            <w:shd w:val="clear" w:color="auto" w:fill="D6E3BC" w:themeFill="accent3" w:themeFillTint="66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2905564A" w14:textId="510803AF" w:rsidR="005E06AD" w:rsidRDefault="009E2EC0">
            <w:pPr>
              <w:spacing w:before="20" w:after="20"/>
              <w:jc w:val="center"/>
              <w:rPr>
                <w:sz w:val="15"/>
              </w:rPr>
            </w:pPr>
            <w:r w:rsidRPr="0073017B">
              <w:rPr>
                <w:b/>
                <w:bCs/>
                <w:sz w:val="15"/>
              </w:rPr>
              <w:t>YOUR FAVOURITE</w:t>
            </w:r>
            <w:r>
              <w:rPr>
                <w:sz w:val="15"/>
              </w:rPr>
              <w:br/>
            </w:r>
            <w:r>
              <w:rPr>
                <w:sz w:val="15"/>
              </w:rPr>
              <w:t xml:space="preserve">Choose your </w:t>
            </w:r>
            <w:proofErr w:type="spellStart"/>
            <w:r>
              <w:rPr>
                <w:sz w:val="15"/>
              </w:rPr>
              <w:t>favourite</w:t>
            </w:r>
            <w:proofErr w:type="spellEnd"/>
            <w:r>
              <w:rPr>
                <w:sz w:val="15"/>
              </w:rPr>
              <w:t xml:space="preserve"> stand or activity. What made it interesting?</w:t>
            </w:r>
            <w:r>
              <w:rPr>
                <w:sz w:val="15"/>
              </w:rPr>
              <w:br/>
            </w:r>
          </w:p>
          <w:p w14:paraId="2E277CE6" w14:textId="3AC8161E" w:rsidR="0029751E" w:rsidRDefault="009E2EC0">
            <w:pPr>
              <w:spacing w:before="20" w:after="20"/>
              <w:jc w:val="center"/>
            </w:pPr>
            <w:r>
              <w:rPr>
                <w:sz w:val="15"/>
              </w:rPr>
              <w:br/>
            </w:r>
          </w:p>
          <w:p w14:paraId="662CDC66" w14:textId="77777777" w:rsidR="0073017B" w:rsidRDefault="0073017B">
            <w:pPr>
              <w:spacing w:before="20" w:after="20"/>
              <w:jc w:val="center"/>
            </w:pPr>
          </w:p>
          <w:p w14:paraId="2184C5E9" w14:textId="77777777" w:rsidR="0073017B" w:rsidRDefault="0073017B">
            <w:pPr>
              <w:spacing w:before="20" w:after="20"/>
              <w:jc w:val="center"/>
            </w:pPr>
          </w:p>
          <w:p w14:paraId="6252DDF6" w14:textId="77777777" w:rsidR="0073017B" w:rsidRDefault="0073017B">
            <w:pPr>
              <w:spacing w:before="20" w:after="20"/>
              <w:jc w:val="center"/>
            </w:pPr>
          </w:p>
          <w:p w14:paraId="1756B085" w14:textId="26070294" w:rsidR="0073017B" w:rsidRDefault="0073017B">
            <w:pPr>
              <w:spacing w:before="20" w:after="20"/>
              <w:jc w:val="center"/>
            </w:pPr>
          </w:p>
        </w:tc>
      </w:tr>
    </w:tbl>
    <w:p w14:paraId="7291248C" w14:textId="77777777" w:rsidR="0073017B" w:rsidRDefault="0073017B">
      <w:pPr>
        <w:spacing w:before="60"/>
        <w:rPr>
          <w:b/>
        </w:rPr>
      </w:pPr>
    </w:p>
    <w:p w14:paraId="738F6C06" w14:textId="71F28C0F" w:rsidR="0029751E" w:rsidRDefault="009E2EC0">
      <w:pPr>
        <w:spacing w:before="60"/>
      </w:pPr>
      <w:r>
        <w:rPr>
          <w:b/>
        </w:rPr>
        <w:t xml:space="preserve">BONUS BINGO! </w:t>
      </w:r>
      <w:r>
        <w:t>Complete any 4 squares in a row (across, down or diagonally) and tell your teacher one new thing you learned.</w:t>
      </w:r>
    </w:p>
    <w:p w14:paraId="6BEE3D89" w14:textId="77777777" w:rsidR="0073017B" w:rsidRDefault="0073017B">
      <w:pPr>
        <w:rPr>
          <w:b/>
        </w:rPr>
      </w:pPr>
    </w:p>
    <w:p w14:paraId="603018A4" w14:textId="0EDA68AC" w:rsidR="0029751E" w:rsidRDefault="009E2EC0">
      <w:r>
        <w:rPr>
          <w:b/>
        </w:rPr>
        <w:t xml:space="preserve">My </w:t>
      </w:r>
      <w:proofErr w:type="spellStart"/>
      <w:r>
        <w:rPr>
          <w:b/>
        </w:rPr>
        <w:t>favourite</w:t>
      </w:r>
      <w:proofErr w:type="spellEnd"/>
      <w:r>
        <w:rPr>
          <w:b/>
        </w:rPr>
        <w:t xml:space="preserve"> thing I learned today: </w:t>
      </w:r>
      <w:r>
        <w:t>________________________________________________________________________________</w:t>
      </w:r>
    </w:p>
    <w:p w14:paraId="14E88D8D" w14:textId="77777777" w:rsidR="0073017B" w:rsidRDefault="0073017B">
      <w:pPr>
        <w:rPr>
          <w:b/>
        </w:rPr>
      </w:pPr>
    </w:p>
    <w:p w14:paraId="302E2C29" w14:textId="2DBBB3AC" w:rsidR="0029751E" w:rsidRDefault="009E2EC0">
      <w:r>
        <w:rPr>
          <w:b/>
        </w:rPr>
        <w:t xml:space="preserve">A job I’d like to know more about: </w:t>
      </w:r>
      <w:r>
        <w:t>________________________________________________________________________________</w:t>
      </w:r>
    </w:p>
    <w:sectPr w:rsidR="0029751E" w:rsidSect="0073017B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C4DDE" w14:textId="77777777" w:rsidR="009E2EC0" w:rsidRDefault="009E2EC0">
      <w:pPr>
        <w:spacing w:after="0" w:line="240" w:lineRule="auto"/>
      </w:pPr>
      <w:r>
        <w:separator/>
      </w:r>
    </w:p>
  </w:endnote>
  <w:endnote w:type="continuationSeparator" w:id="0">
    <w:p w14:paraId="6A0C032B" w14:textId="77777777" w:rsidR="009E2EC0" w:rsidRDefault="009E2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79B49" w14:textId="77777777" w:rsidR="0029751E" w:rsidRDefault="009E2EC0">
    <w:pPr>
      <w:pStyle w:val="Footer"/>
      <w:jc w:val="center"/>
    </w:pPr>
    <w:r>
      <w:rPr>
        <w:color w:val="646E64"/>
        <w:sz w:val="14"/>
      </w:rPr>
      <w:t xml:space="preserve">Food &amp; </w:t>
    </w:r>
    <w:proofErr w:type="spellStart"/>
    <w:r>
      <w:rPr>
        <w:color w:val="646E64"/>
        <w:sz w:val="14"/>
      </w:rPr>
      <w:t>Fibre</w:t>
    </w:r>
    <w:proofErr w:type="spellEnd"/>
    <w:r>
      <w:rPr>
        <w:color w:val="646E64"/>
        <w:sz w:val="14"/>
      </w:rPr>
      <w:t xml:space="preserve"> Field Day Bingo | Generic primary school activity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3FF6C" w14:textId="77777777" w:rsidR="009E2EC0" w:rsidRDefault="009E2EC0">
      <w:pPr>
        <w:spacing w:after="0" w:line="240" w:lineRule="auto"/>
      </w:pPr>
      <w:r>
        <w:separator/>
      </w:r>
    </w:p>
  </w:footnote>
  <w:footnote w:type="continuationSeparator" w:id="0">
    <w:p w14:paraId="4B8F10BC" w14:textId="77777777" w:rsidR="009E2EC0" w:rsidRDefault="009E2E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E9A95" w14:textId="2F7AADB8" w:rsidR="0073017B" w:rsidRDefault="0073017B" w:rsidP="0073017B">
    <w:pPr>
      <w:pStyle w:val="Header"/>
      <w:jc w:val="center"/>
    </w:pPr>
    <w:r>
      <w:rPr>
        <w:noProof/>
      </w:rPr>
      <w:drawing>
        <wp:inline distT="0" distB="0" distL="0" distR="0" wp14:anchorId="1067259E" wp14:editId="601AD399">
          <wp:extent cx="6400800" cy="904240"/>
          <wp:effectExtent l="0" t="0" r="0" b="0"/>
          <wp:docPr id="1177127859" name="Picture 1" descr="A black rectangular object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black rectangular object with white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904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469E74" w14:textId="77777777" w:rsidR="0073017B" w:rsidRDefault="007301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52029754">
    <w:abstractNumId w:val="8"/>
  </w:num>
  <w:num w:numId="2" w16cid:durableId="947588698">
    <w:abstractNumId w:val="6"/>
  </w:num>
  <w:num w:numId="3" w16cid:durableId="1313631341">
    <w:abstractNumId w:val="5"/>
  </w:num>
  <w:num w:numId="4" w16cid:durableId="545721333">
    <w:abstractNumId w:val="4"/>
  </w:num>
  <w:num w:numId="5" w16cid:durableId="915016356">
    <w:abstractNumId w:val="7"/>
  </w:num>
  <w:num w:numId="6" w16cid:durableId="513688819">
    <w:abstractNumId w:val="3"/>
  </w:num>
  <w:num w:numId="7" w16cid:durableId="1462650777">
    <w:abstractNumId w:val="2"/>
  </w:num>
  <w:num w:numId="8" w16cid:durableId="607126972">
    <w:abstractNumId w:val="1"/>
  </w:num>
  <w:num w:numId="9" w16cid:durableId="960187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6417"/>
    <w:rsid w:val="0015074B"/>
    <w:rsid w:val="00220272"/>
    <w:rsid w:val="00240806"/>
    <w:rsid w:val="00260563"/>
    <w:rsid w:val="0029639D"/>
    <w:rsid w:val="0029751E"/>
    <w:rsid w:val="002D5074"/>
    <w:rsid w:val="00326F90"/>
    <w:rsid w:val="003378F0"/>
    <w:rsid w:val="00561D37"/>
    <w:rsid w:val="005E06AD"/>
    <w:rsid w:val="006828F5"/>
    <w:rsid w:val="006D21A5"/>
    <w:rsid w:val="0073017B"/>
    <w:rsid w:val="00797D17"/>
    <w:rsid w:val="008200E7"/>
    <w:rsid w:val="008C7ED0"/>
    <w:rsid w:val="009E2EC0"/>
    <w:rsid w:val="00A957E9"/>
    <w:rsid w:val="00AA1D8D"/>
    <w:rsid w:val="00B47730"/>
    <w:rsid w:val="00BE19D2"/>
    <w:rsid w:val="00C7570C"/>
    <w:rsid w:val="00C80FE8"/>
    <w:rsid w:val="00CB0664"/>
    <w:rsid w:val="00E63796"/>
    <w:rsid w:val="00E76275"/>
    <w:rsid w:val="00F16A6C"/>
    <w:rsid w:val="00FA43AB"/>
    <w:rsid w:val="00FC693F"/>
    <w:rsid w:val="00FD0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831D4B"/>
  <w14:defaultImageDpi w14:val="300"/>
  <w15:docId w15:val="{930DFA39-604F-44FE-BADB-968F162C6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FA43A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92213D2809D64AAD0C5659314F219C" ma:contentTypeVersion="16" ma:contentTypeDescription="Create a new document." ma:contentTypeScope="" ma:versionID="1edb77572f5a4cf97f29d2331ebfe0c0">
  <xsd:schema xmlns:xsd="http://www.w3.org/2001/XMLSchema" xmlns:xs="http://www.w3.org/2001/XMLSchema" xmlns:p="http://schemas.microsoft.com/office/2006/metadata/properties" xmlns:ns2="093976e3-c41e-4633-b6dd-ca4d1ee68034" xmlns:ns3="9e44acb9-2189-4b31-9677-9641ed64a79b" targetNamespace="http://schemas.microsoft.com/office/2006/metadata/properties" ma:root="true" ma:fieldsID="08ebfe5b087002ff521dcf35bb0522c0" ns2:_="" ns3:_="">
    <xsd:import namespace="093976e3-c41e-4633-b6dd-ca4d1ee68034"/>
    <xsd:import namespace="9e44acb9-2189-4b31-9677-9641ed64a7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976e3-c41e-4633-b6dd-ca4d1ee680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1b53dd4-2a07-43a5-b88e-48cea49d2a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44acb9-2189-4b31-9677-9641ed64a79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30997ec-e481-463d-8103-005a0ec80ac6}" ma:internalName="TaxCatchAll" ma:showField="CatchAllData" ma:web="9e44acb9-2189-4b31-9677-9641ed64a7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3976e3-c41e-4633-b6dd-ca4d1ee68034">
      <Terms xmlns="http://schemas.microsoft.com/office/infopath/2007/PartnerControls"/>
    </lcf76f155ced4ddcb4097134ff3c332f>
    <TaxCatchAll xmlns="9e44acb9-2189-4b31-9677-9641ed64a79b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724049F-AC65-4994-97D1-0E589294C6A3}"/>
</file>

<file path=customXml/itemProps3.xml><?xml version="1.0" encoding="utf-8"?>
<ds:datastoreItem xmlns:ds="http://schemas.openxmlformats.org/officeDocument/2006/customXml" ds:itemID="{DDDFD8B6-3148-46E6-826F-F15F10B3C139}"/>
</file>

<file path=customXml/itemProps4.xml><?xml version="1.0" encoding="utf-8"?>
<ds:datastoreItem xmlns:ds="http://schemas.openxmlformats.org/officeDocument/2006/customXml" ds:itemID="{00D33423-6749-49DB-9C41-6E679A3F54E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Sara Luckman</cp:lastModifiedBy>
  <cp:revision>23</cp:revision>
  <dcterms:created xsi:type="dcterms:W3CDTF">2026-10-26T22:19:00Z</dcterms:created>
  <dcterms:modified xsi:type="dcterms:W3CDTF">2026-10-26T22:55:00Z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0x0101007F92213D2809D64AAD0C5659314F219C</vt:lpwstr>
  </property>
</Properties>
</file>