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D2E023" w14:textId="77777777" w:rsidR="001A06E2" w:rsidRPr="006E6C65" w:rsidRDefault="007D715E">
      <w:pPr>
        <w:spacing w:before="1200"/>
        <w:jc w:val="center"/>
        <w:rPr>
          <w:color w:val="000000" w:themeColor="text1"/>
        </w:rPr>
      </w:pPr>
      <w:r w:rsidRPr="006E6C65">
        <w:rPr>
          <w:rFonts w:ascii="Aptos Display" w:hAnsi="Aptos Display"/>
          <w:b/>
          <w:color w:val="000000" w:themeColor="text1"/>
          <w:sz w:val="54"/>
        </w:rPr>
        <w:t>FOOD &amp; FIBRE</w:t>
      </w:r>
      <w:r w:rsidRPr="006E6C65">
        <w:rPr>
          <w:rFonts w:ascii="Aptos Display" w:hAnsi="Aptos Display"/>
          <w:b/>
          <w:color w:val="000000" w:themeColor="text1"/>
          <w:sz w:val="54"/>
        </w:rPr>
        <w:br/>
        <w:t>DISCOVERY CHALLENGE</w:t>
      </w:r>
    </w:p>
    <w:p w14:paraId="5AED7A5A" w14:textId="3C3E3789" w:rsidR="001A06E2" w:rsidRPr="006E6C65" w:rsidRDefault="007D715E">
      <w:pPr>
        <w:jc w:val="center"/>
        <w:rPr>
          <w:color w:val="000000" w:themeColor="text1"/>
        </w:rPr>
      </w:pPr>
      <w:r w:rsidRPr="006E6C65">
        <w:rPr>
          <w:color w:val="000000" w:themeColor="text1"/>
          <w:sz w:val="30"/>
        </w:rPr>
        <w:t>A practical resource for secondary school</w:t>
      </w:r>
      <w:r w:rsidR="006E6C65">
        <w:rPr>
          <w:color w:val="000000" w:themeColor="text1"/>
          <w:sz w:val="30"/>
        </w:rPr>
        <w:t>s</w:t>
      </w:r>
    </w:p>
    <w:p w14:paraId="77310B3D" w14:textId="77777777" w:rsidR="001A06E2" w:rsidRDefault="007D715E">
      <w:r>
        <w:br w:type="page"/>
      </w:r>
    </w:p>
    <w:p w14:paraId="5782089A" w14:textId="77777777" w:rsidR="002B317F" w:rsidRDefault="002B317F" w:rsidP="002B317F">
      <w:pPr>
        <w:pStyle w:val="Heading1"/>
        <w:spacing w:before="240"/>
        <w:rPr>
          <w:color w:val="000000" w:themeColor="text1"/>
        </w:rPr>
      </w:pPr>
    </w:p>
    <w:p w14:paraId="2F890D7C" w14:textId="7E054F01" w:rsidR="001A06E2" w:rsidRPr="006E6C65" w:rsidRDefault="007D715E" w:rsidP="002B317F">
      <w:pPr>
        <w:pStyle w:val="Heading1"/>
        <w:spacing w:before="240"/>
        <w:rPr>
          <w:color w:val="000000" w:themeColor="text1"/>
        </w:rPr>
      </w:pPr>
      <w:r w:rsidRPr="006E6C65">
        <w:rPr>
          <w:color w:val="000000" w:themeColor="text1"/>
        </w:rPr>
        <w:t xml:space="preserve">About </w:t>
      </w:r>
      <w:r w:rsidR="00211E8F">
        <w:rPr>
          <w:color w:val="000000" w:themeColor="text1"/>
        </w:rPr>
        <w:t>T</w:t>
      </w:r>
      <w:r w:rsidRPr="006E6C65">
        <w:rPr>
          <w:color w:val="000000" w:themeColor="text1"/>
        </w:rPr>
        <w:t>his</w:t>
      </w:r>
      <w:r w:rsidR="00211E8F">
        <w:rPr>
          <w:color w:val="000000" w:themeColor="text1"/>
        </w:rPr>
        <w:t xml:space="preserve"> R</w:t>
      </w:r>
      <w:r w:rsidR="00211E8F" w:rsidRPr="006E6C65">
        <w:rPr>
          <w:color w:val="000000" w:themeColor="text1"/>
        </w:rPr>
        <w:t>esource</w:t>
      </w:r>
      <w:r w:rsidR="00211E8F">
        <w:rPr>
          <w:color w:val="000000" w:themeColor="text1"/>
        </w:rPr>
        <w:t>s</w:t>
      </w:r>
    </w:p>
    <w:p w14:paraId="6928F1A5" w14:textId="77777777" w:rsidR="006E6C65" w:rsidRPr="006E6C65" w:rsidRDefault="006E6C65" w:rsidP="006E6C65">
      <w:pPr>
        <w:rPr>
          <w:color w:val="000000" w:themeColor="text1"/>
          <w:lang w:val="en-NZ"/>
        </w:rPr>
      </w:pPr>
      <w:r w:rsidRPr="006E6C65">
        <w:rPr>
          <w:color w:val="000000" w:themeColor="text1"/>
          <w:lang w:val="en-NZ"/>
        </w:rPr>
        <w:t>The Food &amp; Fibre Discovery Challenge is a ready-to-use resource for teachers to support students visiting agricultural field days. It provides a scavenger hunt-style activity that encourages students to explore exhibitors, learn how businesses and organisations contribute to the food and fibre sector, engage with industry professionals, and discover potential career pathways.</w:t>
      </w:r>
    </w:p>
    <w:p w14:paraId="0C4BEA8D" w14:textId="77777777" w:rsidR="006E6C65" w:rsidRPr="006E6C65" w:rsidRDefault="006E6C65">
      <w:pPr>
        <w:rPr>
          <w:color w:val="000000" w:themeColor="text1"/>
        </w:rPr>
      </w:pPr>
    </w:p>
    <w:p w14:paraId="145D831A" w14:textId="069AF84A" w:rsidR="001A06E2" w:rsidRPr="006E6C65" w:rsidRDefault="007D715E">
      <w:pPr>
        <w:pStyle w:val="Heading2"/>
        <w:rPr>
          <w:color w:val="000000" w:themeColor="text1"/>
        </w:rPr>
      </w:pPr>
      <w:r w:rsidRPr="006E6C65">
        <w:rPr>
          <w:color w:val="000000" w:themeColor="text1"/>
        </w:rPr>
        <w:t xml:space="preserve">Learning </w:t>
      </w:r>
      <w:r w:rsidR="002B317F">
        <w:rPr>
          <w:color w:val="000000" w:themeColor="text1"/>
        </w:rPr>
        <w:t>I</w:t>
      </w:r>
      <w:r w:rsidRPr="006E6C65">
        <w:rPr>
          <w:color w:val="000000" w:themeColor="text1"/>
        </w:rPr>
        <w:t>ntentions</w:t>
      </w:r>
    </w:p>
    <w:p w14:paraId="627B4114" w14:textId="77777777" w:rsidR="001A06E2" w:rsidRPr="006E6C65" w:rsidRDefault="007D715E">
      <w:pPr>
        <w:pStyle w:val="ListBullet"/>
        <w:spacing w:after="40"/>
        <w:rPr>
          <w:color w:val="000000" w:themeColor="text1"/>
        </w:rPr>
      </w:pPr>
      <w:r w:rsidRPr="006E6C65">
        <w:rPr>
          <w:color w:val="000000" w:themeColor="text1"/>
        </w:rPr>
        <w:t>Identify a range of roles and career pathways across the food and fibre sector.</w:t>
      </w:r>
    </w:p>
    <w:p w14:paraId="2D7C84CB" w14:textId="77777777" w:rsidR="001A06E2" w:rsidRPr="006E6C65" w:rsidRDefault="007D715E">
      <w:pPr>
        <w:pStyle w:val="ListBullet"/>
        <w:spacing w:after="40"/>
        <w:rPr>
          <w:color w:val="000000" w:themeColor="text1"/>
        </w:rPr>
      </w:pPr>
      <w:r w:rsidRPr="006E6C65">
        <w:rPr>
          <w:color w:val="000000" w:themeColor="text1"/>
        </w:rPr>
        <w:t>Ask purposeful questions and gather information from people working in the sector.</w:t>
      </w:r>
    </w:p>
    <w:p w14:paraId="1CFF2223" w14:textId="77777777" w:rsidR="001A06E2" w:rsidRPr="006E6C65" w:rsidRDefault="007D715E">
      <w:pPr>
        <w:pStyle w:val="ListBullet"/>
        <w:spacing w:after="40"/>
        <w:rPr>
          <w:color w:val="000000" w:themeColor="text1"/>
        </w:rPr>
      </w:pPr>
      <w:r w:rsidRPr="006E6C65">
        <w:rPr>
          <w:color w:val="000000" w:themeColor="text1"/>
        </w:rPr>
        <w:t>Connect technologies, products and services to real agricultural challenges.</w:t>
      </w:r>
    </w:p>
    <w:p w14:paraId="02CD49A6" w14:textId="77777777" w:rsidR="001A06E2" w:rsidRPr="006E6C65" w:rsidRDefault="007D715E">
      <w:pPr>
        <w:pStyle w:val="ListBullet"/>
        <w:spacing w:after="40"/>
        <w:rPr>
          <w:color w:val="000000" w:themeColor="text1"/>
        </w:rPr>
      </w:pPr>
      <w:r w:rsidRPr="006E6C65">
        <w:rPr>
          <w:color w:val="000000" w:themeColor="text1"/>
        </w:rPr>
        <w:t>Recognise skills, training and experience that can support entry into a career.</w:t>
      </w:r>
    </w:p>
    <w:p w14:paraId="188F09DF" w14:textId="77777777" w:rsidR="001A06E2" w:rsidRPr="006E6C65" w:rsidRDefault="007D715E">
      <w:pPr>
        <w:pStyle w:val="ListBullet"/>
        <w:spacing w:after="40"/>
        <w:rPr>
          <w:color w:val="000000" w:themeColor="text1"/>
        </w:rPr>
      </w:pPr>
      <w:r w:rsidRPr="006E6C65">
        <w:rPr>
          <w:color w:val="000000" w:themeColor="text1"/>
        </w:rPr>
        <w:t>Reflect on personal interests and identify a next step for career exploration.</w:t>
      </w:r>
    </w:p>
    <w:p w14:paraId="427A7C11" w14:textId="77777777" w:rsidR="001A06E2" w:rsidRPr="006E6C65" w:rsidRDefault="007D715E">
      <w:pPr>
        <w:pStyle w:val="Heading2"/>
        <w:rPr>
          <w:color w:val="000000" w:themeColor="text1"/>
        </w:rPr>
      </w:pPr>
      <w:r w:rsidRPr="006E6C65">
        <w:rPr>
          <w:color w:val="000000" w:themeColor="text1"/>
        </w:rPr>
        <w:t>Suggested curriculum connections</w:t>
      </w:r>
    </w:p>
    <w:p w14:paraId="6FF670AA" w14:textId="77777777" w:rsidR="001A06E2" w:rsidRPr="006E6C65" w:rsidRDefault="007D715E">
      <w:pPr>
        <w:rPr>
          <w:color w:val="000000" w:themeColor="text1"/>
        </w:rPr>
      </w:pPr>
      <w:r w:rsidRPr="006E6C65">
        <w:rPr>
          <w:color w:val="000000" w:themeColor="text1"/>
        </w:rPr>
        <w:t>Use the challenge to support agriculture, horticulture, primary industries, science, technology, business studies, careers education, literacy and key competencies. Teachers can tailor the emphasis to the year level and the unit being taught.</w:t>
      </w:r>
    </w:p>
    <w:p w14:paraId="5C4D1774" w14:textId="77777777" w:rsidR="001A06E2" w:rsidRPr="006E6C65" w:rsidRDefault="007D715E">
      <w:pPr>
        <w:pStyle w:val="Heading2"/>
        <w:rPr>
          <w:color w:val="000000" w:themeColor="text1"/>
        </w:rPr>
      </w:pPr>
      <w:r w:rsidRPr="006E6C65">
        <w:rPr>
          <w:color w:val="000000" w:themeColor="text1"/>
        </w:rPr>
        <w:t>At a glance</w:t>
      </w:r>
    </w:p>
    <w:tbl>
      <w:tblPr>
        <w:tblStyle w:val="TableGrid"/>
        <w:tblW w:w="0" w:type="auto"/>
        <w:jc w:val="center"/>
        <w:tblLook w:val="04A0" w:firstRow="1" w:lastRow="0" w:firstColumn="1" w:lastColumn="0" w:noHBand="0" w:noVBand="1"/>
      </w:tblPr>
      <w:tblGrid>
        <w:gridCol w:w="5035"/>
        <w:gridCol w:w="5035"/>
      </w:tblGrid>
      <w:tr w:rsidR="001A06E2" w:rsidRPr="006E6C65" w14:paraId="5B97DB52" w14:textId="77777777" w:rsidTr="009C6DBF">
        <w:trPr>
          <w:jc w:val="center"/>
        </w:trPr>
        <w:tc>
          <w:tcPr>
            <w:tcW w:w="5040" w:type="dxa"/>
            <w:shd w:val="clear" w:color="auto" w:fill="D6E3BC" w:themeFill="accent3" w:themeFillTint="66"/>
            <w:vAlign w:val="center"/>
          </w:tcPr>
          <w:p w14:paraId="148993FC" w14:textId="77777777" w:rsidR="001A06E2" w:rsidRPr="006E6C65" w:rsidRDefault="007D715E">
            <w:pPr>
              <w:spacing w:after="20"/>
              <w:rPr>
                <w:color w:val="000000" w:themeColor="text1"/>
              </w:rPr>
            </w:pPr>
            <w:r w:rsidRPr="006E6C65">
              <w:rPr>
                <w:b/>
                <w:color w:val="000000" w:themeColor="text1"/>
                <w:sz w:val="18"/>
              </w:rPr>
              <w:t>Audience</w:t>
            </w:r>
          </w:p>
        </w:tc>
        <w:tc>
          <w:tcPr>
            <w:tcW w:w="5040" w:type="dxa"/>
            <w:vAlign w:val="center"/>
          </w:tcPr>
          <w:p w14:paraId="7CFEF206" w14:textId="77777777" w:rsidR="001A06E2" w:rsidRPr="006E6C65" w:rsidRDefault="007D715E">
            <w:pPr>
              <w:spacing w:after="20"/>
              <w:rPr>
                <w:color w:val="000000" w:themeColor="text1"/>
              </w:rPr>
            </w:pPr>
            <w:r w:rsidRPr="006E6C65">
              <w:rPr>
                <w:color w:val="000000" w:themeColor="text1"/>
                <w:sz w:val="18"/>
              </w:rPr>
              <w:t>Secondary school students; adaptable across year levels</w:t>
            </w:r>
          </w:p>
        </w:tc>
      </w:tr>
      <w:tr w:rsidR="001A06E2" w:rsidRPr="006E6C65" w14:paraId="63830502" w14:textId="77777777" w:rsidTr="009C6DBF">
        <w:trPr>
          <w:jc w:val="center"/>
        </w:trPr>
        <w:tc>
          <w:tcPr>
            <w:tcW w:w="5040" w:type="dxa"/>
            <w:shd w:val="clear" w:color="auto" w:fill="D6E3BC" w:themeFill="accent3" w:themeFillTint="66"/>
            <w:vAlign w:val="center"/>
          </w:tcPr>
          <w:p w14:paraId="6BC5BE77" w14:textId="77777777" w:rsidR="001A06E2" w:rsidRPr="006E6C65" w:rsidRDefault="007D715E">
            <w:pPr>
              <w:spacing w:after="20"/>
              <w:rPr>
                <w:color w:val="000000" w:themeColor="text1"/>
              </w:rPr>
            </w:pPr>
            <w:r w:rsidRPr="006E6C65">
              <w:rPr>
                <w:b/>
                <w:color w:val="000000" w:themeColor="text1"/>
                <w:sz w:val="18"/>
              </w:rPr>
              <w:t>Time</w:t>
            </w:r>
          </w:p>
        </w:tc>
        <w:tc>
          <w:tcPr>
            <w:tcW w:w="5040" w:type="dxa"/>
            <w:vAlign w:val="center"/>
          </w:tcPr>
          <w:p w14:paraId="1C28C7BB" w14:textId="77777777" w:rsidR="001A06E2" w:rsidRPr="006E6C65" w:rsidRDefault="007D715E">
            <w:pPr>
              <w:spacing w:after="20"/>
              <w:rPr>
                <w:color w:val="000000" w:themeColor="text1"/>
              </w:rPr>
            </w:pPr>
            <w:r w:rsidRPr="006E6C65">
              <w:rPr>
                <w:color w:val="000000" w:themeColor="text1"/>
                <w:sz w:val="18"/>
              </w:rPr>
              <w:t>45–90 minutes at an event, plus 20–40 minutes for follow-up</w:t>
            </w:r>
          </w:p>
        </w:tc>
      </w:tr>
      <w:tr w:rsidR="001A06E2" w:rsidRPr="006E6C65" w14:paraId="4C1BDB46" w14:textId="77777777" w:rsidTr="009C6DBF">
        <w:trPr>
          <w:jc w:val="center"/>
        </w:trPr>
        <w:tc>
          <w:tcPr>
            <w:tcW w:w="5040" w:type="dxa"/>
            <w:shd w:val="clear" w:color="auto" w:fill="D6E3BC" w:themeFill="accent3" w:themeFillTint="66"/>
            <w:vAlign w:val="center"/>
          </w:tcPr>
          <w:p w14:paraId="346400C8" w14:textId="77777777" w:rsidR="001A06E2" w:rsidRPr="006E6C65" w:rsidRDefault="007D715E">
            <w:pPr>
              <w:spacing w:after="20"/>
              <w:rPr>
                <w:color w:val="000000" w:themeColor="text1"/>
              </w:rPr>
            </w:pPr>
            <w:r w:rsidRPr="006E6C65">
              <w:rPr>
                <w:b/>
                <w:color w:val="000000" w:themeColor="text1"/>
                <w:sz w:val="18"/>
              </w:rPr>
              <w:t>Grouping</w:t>
            </w:r>
          </w:p>
        </w:tc>
        <w:tc>
          <w:tcPr>
            <w:tcW w:w="5040" w:type="dxa"/>
            <w:vAlign w:val="center"/>
          </w:tcPr>
          <w:p w14:paraId="7B7ED770" w14:textId="77777777" w:rsidR="001A06E2" w:rsidRPr="006E6C65" w:rsidRDefault="007D715E">
            <w:pPr>
              <w:spacing w:after="20"/>
              <w:rPr>
                <w:color w:val="000000" w:themeColor="text1"/>
              </w:rPr>
            </w:pPr>
            <w:r w:rsidRPr="006E6C65">
              <w:rPr>
                <w:color w:val="000000" w:themeColor="text1"/>
                <w:sz w:val="18"/>
              </w:rPr>
              <w:t>Pairs or small teams of 3–4; individual reflection</w:t>
            </w:r>
          </w:p>
        </w:tc>
      </w:tr>
      <w:tr w:rsidR="001A06E2" w:rsidRPr="006E6C65" w14:paraId="2666C7BD" w14:textId="77777777" w:rsidTr="009C6DBF">
        <w:trPr>
          <w:jc w:val="center"/>
        </w:trPr>
        <w:tc>
          <w:tcPr>
            <w:tcW w:w="5040" w:type="dxa"/>
            <w:shd w:val="clear" w:color="auto" w:fill="D6E3BC" w:themeFill="accent3" w:themeFillTint="66"/>
            <w:vAlign w:val="center"/>
          </w:tcPr>
          <w:p w14:paraId="63B7E25F" w14:textId="77777777" w:rsidR="001A06E2" w:rsidRPr="006E6C65" w:rsidRDefault="007D715E">
            <w:pPr>
              <w:spacing w:after="20"/>
              <w:rPr>
                <w:color w:val="000000" w:themeColor="text1"/>
              </w:rPr>
            </w:pPr>
            <w:r w:rsidRPr="006E6C65">
              <w:rPr>
                <w:b/>
                <w:color w:val="000000" w:themeColor="text1"/>
                <w:sz w:val="18"/>
              </w:rPr>
              <w:t>Materials</w:t>
            </w:r>
          </w:p>
        </w:tc>
        <w:tc>
          <w:tcPr>
            <w:tcW w:w="5040" w:type="dxa"/>
            <w:vAlign w:val="center"/>
          </w:tcPr>
          <w:p w14:paraId="20743D77" w14:textId="3C91B6CF" w:rsidR="001A06E2" w:rsidRPr="006E6C65" w:rsidRDefault="007D715E">
            <w:pPr>
              <w:spacing w:after="20"/>
              <w:rPr>
                <w:color w:val="000000" w:themeColor="text1"/>
              </w:rPr>
            </w:pPr>
            <w:r w:rsidRPr="006E6C65">
              <w:rPr>
                <w:color w:val="000000" w:themeColor="text1"/>
                <w:sz w:val="18"/>
              </w:rPr>
              <w:t>Student activity sheets, pens or devices, event map / exhibitor list</w:t>
            </w:r>
          </w:p>
        </w:tc>
      </w:tr>
      <w:tr w:rsidR="001A06E2" w:rsidRPr="006E6C65" w14:paraId="0ED737C0" w14:textId="77777777" w:rsidTr="009C6DBF">
        <w:trPr>
          <w:jc w:val="center"/>
        </w:trPr>
        <w:tc>
          <w:tcPr>
            <w:tcW w:w="5040" w:type="dxa"/>
            <w:shd w:val="clear" w:color="auto" w:fill="D6E3BC" w:themeFill="accent3" w:themeFillTint="66"/>
            <w:vAlign w:val="center"/>
          </w:tcPr>
          <w:p w14:paraId="50095867" w14:textId="77777777" w:rsidR="001A06E2" w:rsidRPr="006E6C65" w:rsidRDefault="007D715E">
            <w:pPr>
              <w:spacing w:after="20"/>
              <w:rPr>
                <w:color w:val="000000" w:themeColor="text1"/>
              </w:rPr>
            </w:pPr>
            <w:r w:rsidRPr="006E6C65">
              <w:rPr>
                <w:b/>
                <w:color w:val="000000" w:themeColor="text1"/>
                <w:sz w:val="18"/>
              </w:rPr>
              <w:t>Evidence of learning</w:t>
            </w:r>
          </w:p>
        </w:tc>
        <w:tc>
          <w:tcPr>
            <w:tcW w:w="5040" w:type="dxa"/>
            <w:vAlign w:val="center"/>
          </w:tcPr>
          <w:p w14:paraId="119150D8" w14:textId="77777777" w:rsidR="001A06E2" w:rsidRPr="006E6C65" w:rsidRDefault="007D715E">
            <w:pPr>
              <w:spacing w:after="20"/>
              <w:rPr>
                <w:color w:val="000000" w:themeColor="text1"/>
              </w:rPr>
            </w:pPr>
            <w:r w:rsidRPr="006E6C65">
              <w:rPr>
                <w:color w:val="000000" w:themeColor="text1"/>
                <w:sz w:val="18"/>
              </w:rPr>
              <w:t>Completed challenge, quality of questions, career reflection and follow-up task</w:t>
            </w:r>
          </w:p>
        </w:tc>
      </w:tr>
    </w:tbl>
    <w:p w14:paraId="71828CF3" w14:textId="77777777" w:rsidR="001A06E2" w:rsidRPr="006E6C65" w:rsidRDefault="007D715E">
      <w:pPr>
        <w:rPr>
          <w:color w:val="000000" w:themeColor="text1"/>
        </w:rPr>
      </w:pPr>
      <w:r w:rsidRPr="006E6C65">
        <w:rPr>
          <w:color w:val="000000" w:themeColor="text1"/>
        </w:rPr>
        <w:br w:type="page"/>
      </w:r>
    </w:p>
    <w:p w14:paraId="1E42D548" w14:textId="77777777" w:rsidR="002B317F" w:rsidRDefault="002B317F">
      <w:pPr>
        <w:pStyle w:val="Heading1"/>
        <w:rPr>
          <w:color w:val="000000" w:themeColor="text1"/>
        </w:rPr>
      </w:pPr>
    </w:p>
    <w:p w14:paraId="38663C11" w14:textId="0233F4CC" w:rsidR="001A06E2" w:rsidRPr="006E6C65" w:rsidRDefault="007D715E" w:rsidP="002B317F">
      <w:pPr>
        <w:pStyle w:val="Heading1"/>
        <w:spacing w:before="240"/>
        <w:rPr>
          <w:color w:val="000000" w:themeColor="text1"/>
        </w:rPr>
      </w:pPr>
      <w:r w:rsidRPr="006E6C65">
        <w:rPr>
          <w:color w:val="000000" w:themeColor="text1"/>
        </w:rPr>
        <w:t>Before the visit: teacher preparation</w:t>
      </w:r>
    </w:p>
    <w:p w14:paraId="3CB433A5" w14:textId="77777777" w:rsidR="001A06E2" w:rsidRPr="006E6C65" w:rsidRDefault="007D715E">
      <w:pPr>
        <w:pStyle w:val="ListBullet"/>
        <w:spacing w:after="40"/>
        <w:rPr>
          <w:color w:val="000000" w:themeColor="text1"/>
        </w:rPr>
      </w:pPr>
      <w:r w:rsidRPr="006E6C65">
        <w:rPr>
          <w:color w:val="000000" w:themeColor="text1"/>
        </w:rPr>
        <w:t>Review the event map and exhibitor list. Select a manageable set of stands or activity stations; students do not need to visit every exhibitor.</w:t>
      </w:r>
    </w:p>
    <w:p w14:paraId="682E27D1" w14:textId="040D9A75" w:rsidR="001A06E2" w:rsidRPr="006E6C65" w:rsidRDefault="006E6C65">
      <w:pPr>
        <w:pStyle w:val="ListBullet"/>
        <w:spacing w:after="40"/>
        <w:rPr>
          <w:color w:val="000000" w:themeColor="text1"/>
        </w:rPr>
      </w:pPr>
      <w:r w:rsidRPr="006E6C65">
        <w:rPr>
          <w:color w:val="000000" w:themeColor="text1"/>
        </w:rPr>
        <w:t>You may wish to c</w:t>
      </w:r>
      <w:r w:rsidR="007D715E" w:rsidRPr="006E6C65">
        <w:rPr>
          <w:color w:val="000000" w:themeColor="text1"/>
        </w:rPr>
        <w:t xml:space="preserve">ontact </w:t>
      </w:r>
      <w:proofErr w:type="spellStart"/>
      <w:r w:rsidR="007D715E" w:rsidRPr="006E6C65">
        <w:rPr>
          <w:color w:val="000000" w:themeColor="text1"/>
        </w:rPr>
        <w:t>organisers</w:t>
      </w:r>
      <w:proofErr w:type="spellEnd"/>
      <w:r w:rsidR="007D715E" w:rsidRPr="006E6C65">
        <w:rPr>
          <w:color w:val="000000" w:themeColor="text1"/>
        </w:rPr>
        <w:t xml:space="preserve"> or exhibitors in advance if students will need specific questions answered, demonstrations observed or activities completed.</w:t>
      </w:r>
    </w:p>
    <w:p w14:paraId="4DBA65D3" w14:textId="77777777" w:rsidR="001A06E2" w:rsidRPr="006E6C65" w:rsidRDefault="007D715E">
      <w:pPr>
        <w:pStyle w:val="ListBullet"/>
        <w:spacing w:after="40"/>
        <w:rPr>
          <w:color w:val="000000" w:themeColor="text1"/>
        </w:rPr>
      </w:pPr>
      <w:r w:rsidRPr="006E6C65">
        <w:rPr>
          <w:color w:val="000000" w:themeColor="text1"/>
        </w:rPr>
        <w:t>Set a clear meeting point, finish time and check-in plan. Agree on boundaries, supervision and what students should do if a stand is crowded.</w:t>
      </w:r>
    </w:p>
    <w:p w14:paraId="02E134E2" w14:textId="77777777" w:rsidR="001A06E2" w:rsidRPr="006E6C65" w:rsidRDefault="007D715E">
      <w:pPr>
        <w:pStyle w:val="ListBullet"/>
        <w:spacing w:after="40"/>
        <w:rPr>
          <w:color w:val="000000" w:themeColor="text1"/>
        </w:rPr>
      </w:pPr>
      <w:r w:rsidRPr="006E6C65">
        <w:rPr>
          <w:color w:val="000000" w:themeColor="text1"/>
        </w:rPr>
        <w:t>Create mixed teams or let students work in pairs. Give each team a different starting point to reduce congestion.</w:t>
      </w:r>
    </w:p>
    <w:p w14:paraId="14B684CA" w14:textId="77777777" w:rsidR="001A06E2" w:rsidRPr="006E6C65" w:rsidRDefault="007D715E">
      <w:pPr>
        <w:pStyle w:val="ListBullet"/>
        <w:spacing w:after="40"/>
        <w:rPr>
          <w:color w:val="000000" w:themeColor="text1"/>
        </w:rPr>
      </w:pPr>
      <w:r w:rsidRPr="006E6C65">
        <w:rPr>
          <w:color w:val="000000" w:themeColor="text1"/>
        </w:rPr>
        <w:t>Explain expectations: be polite, ask before taking photos, follow site safety instructions, and do not touch animals, machinery or products unless invited.</w:t>
      </w:r>
    </w:p>
    <w:p w14:paraId="6B45A7CA" w14:textId="7E1F5622" w:rsidR="006E6C65" w:rsidRPr="006E6C65" w:rsidRDefault="007D715E" w:rsidP="006E6C65">
      <w:pPr>
        <w:pStyle w:val="ListBullet"/>
        <w:spacing w:after="40"/>
        <w:rPr>
          <w:color w:val="000000" w:themeColor="text1"/>
        </w:rPr>
      </w:pPr>
      <w:r w:rsidRPr="006E6C65">
        <w:rPr>
          <w:color w:val="000000" w:themeColor="text1"/>
        </w:rPr>
        <w:t xml:space="preserve">Print </w:t>
      </w:r>
      <w:r w:rsidR="006E6C65" w:rsidRPr="006E6C65">
        <w:rPr>
          <w:color w:val="000000" w:themeColor="text1"/>
        </w:rPr>
        <w:t>Student Activity Booklet.</w:t>
      </w:r>
    </w:p>
    <w:p w14:paraId="245F6450" w14:textId="77777777" w:rsidR="006E6C65" w:rsidRPr="006E6C65" w:rsidRDefault="006E6C65" w:rsidP="006E6C65">
      <w:pPr>
        <w:pStyle w:val="ListBullet"/>
        <w:numPr>
          <w:ilvl w:val="0"/>
          <w:numId w:val="0"/>
        </w:numPr>
        <w:spacing w:after="40"/>
        <w:ind w:left="360"/>
        <w:rPr>
          <w:color w:val="000000" w:themeColor="text1"/>
        </w:rPr>
      </w:pPr>
    </w:p>
    <w:p w14:paraId="5D2730E2" w14:textId="6A42EBDD" w:rsidR="001A06E2" w:rsidRPr="006E6C65" w:rsidRDefault="007D715E" w:rsidP="006E6C65">
      <w:pPr>
        <w:pStyle w:val="ListBullet"/>
        <w:numPr>
          <w:ilvl w:val="0"/>
          <w:numId w:val="0"/>
        </w:numPr>
        <w:spacing w:after="40"/>
        <w:ind w:left="360"/>
        <w:rPr>
          <w:color w:val="000000" w:themeColor="text1"/>
        </w:rPr>
      </w:pPr>
      <w:r w:rsidRPr="006E6C65">
        <w:rPr>
          <w:color w:val="000000" w:themeColor="text1"/>
        </w:rPr>
        <w:t>Suggested timing</w:t>
      </w:r>
    </w:p>
    <w:tbl>
      <w:tblPr>
        <w:tblStyle w:val="TableGrid"/>
        <w:tblW w:w="0" w:type="auto"/>
        <w:tblLook w:val="04A0" w:firstRow="1" w:lastRow="0" w:firstColumn="1" w:lastColumn="0" w:noHBand="0" w:noVBand="1"/>
      </w:tblPr>
      <w:tblGrid>
        <w:gridCol w:w="3357"/>
        <w:gridCol w:w="3356"/>
        <w:gridCol w:w="3357"/>
      </w:tblGrid>
      <w:tr w:rsidR="001A06E2" w:rsidRPr="006E6C65" w14:paraId="03676957" w14:textId="77777777" w:rsidTr="00482F3C">
        <w:tc>
          <w:tcPr>
            <w:tcW w:w="3360" w:type="dxa"/>
            <w:shd w:val="clear" w:color="auto" w:fill="D6E3BC" w:themeFill="accent3" w:themeFillTint="66"/>
            <w:vAlign w:val="center"/>
          </w:tcPr>
          <w:p w14:paraId="438B38F3" w14:textId="77777777" w:rsidR="001A06E2" w:rsidRPr="006E6C65" w:rsidRDefault="007D715E">
            <w:pPr>
              <w:spacing w:after="20"/>
              <w:rPr>
                <w:color w:val="000000" w:themeColor="text1"/>
              </w:rPr>
            </w:pPr>
            <w:r w:rsidRPr="006E6C65">
              <w:rPr>
                <w:b/>
                <w:color w:val="000000" w:themeColor="text1"/>
                <w:sz w:val="18"/>
              </w:rPr>
              <w:t>Stage</w:t>
            </w:r>
          </w:p>
        </w:tc>
        <w:tc>
          <w:tcPr>
            <w:tcW w:w="3360" w:type="dxa"/>
            <w:shd w:val="clear" w:color="auto" w:fill="D6E3BC" w:themeFill="accent3" w:themeFillTint="66"/>
            <w:vAlign w:val="center"/>
          </w:tcPr>
          <w:p w14:paraId="4F149CDD" w14:textId="77777777" w:rsidR="001A06E2" w:rsidRPr="006E6C65" w:rsidRDefault="007D715E">
            <w:pPr>
              <w:spacing w:after="20"/>
              <w:rPr>
                <w:color w:val="000000" w:themeColor="text1"/>
              </w:rPr>
            </w:pPr>
            <w:r w:rsidRPr="006E6C65">
              <w:rPr>
                <w:b/>
                <w:color w:val="000000" w:themeColor="text1"/>
                <w:sz w:val="18"/>
              </w:rPr>
              <w:t>Time</w:t>
            </w:r>
          </w:p>
        </w:tc>
        <w:tc>
          <w:tcPr>
            <w:tcW w:w="3360" w:type="dxa"/>
            <w:shd w:val="clear" w:color="auto" w:fill="D6E3BC" w:themeFill="accent3" w:themeFillTint="66"/>
            <w:vAlign w:val="center"/>
          </w:tcPr>
          <w:p w14:paraId="64D2BB46" w14:textId="77777777" w:rsidR="001A06E2" w:rsidRPr="006E6C65" w:rsidRDefault="007D715E">
            <w:pPr>
              <w:spacing w:after="20"/>
              <w:rPr>
                <w:color w:val="000000" w:themeColor="text1"/>
              </w:rPr>
            </w:pPr>
            <w:r w:rsidRPr="006E6C65">
              <w:rPr>
                <w:b/>
                <w:color w:val="000000" w:themeColor="text1"/>
                <w:sz w:val="18"/>
              </w:rPr>
              <w:t>What students do</w:t>
            </w:r>
          </w:p>
        </w:tc>
      </w:tr>
      <w:tr w:rsidR="001A06E2" w:rsidRPr="006E6C65" w14:paraId="761428B8" w14:textId="77777777">
        <w:tc>
          <w:tcPr>
            <w:tcW w:w="3360" w:type="dxa"/>
            <w:vAlign w:val="center"/>
          </w:tcPr>
          <w:p w14:paraId="3140DA37" w14:textId="77777777" w:rsidR="001A06E2" w:rsidRPr="006E6C65" w:rsidRDefault="007D715E">
            <w:pPr>
              <w:spacing w:after="20"/>
              <w:rPr>
                <w:color w:val="000000" w:themeColor="text1"/>
              </w:rPr>
            </w:pPr>
            <w:r w:rsidRPr="006E6C65">
              <w:rPr>
                <w:b/>
                <w:color w:val="000000" w:themeColor="text1"/>
                <w:sz w:val="18"/>
              </w:rPr>
              <w:t>Briefing</w:t>
            </w:r>
          </w:p>
        </w:tc>
        <w:tc>
          <w:tcPr>
            <w:tcW w:w="3360" w:type="dxa"/>
            <w:vAlign w:val="center"/>
          </w:tcPr>
          <w:p w14:paraId="20003EE2" w14:textId="77777777" w:rsidR="001A06E2" w:rsidRPr="006E6C65" w:rsidRDefault="007D715E">
            <w:pPr>
              <w:spacing w:after="20"/>
              <w:rPr>
                <w:color w:val="000000" w:themeColor="text1"/>
              </w:rPr>
            </w:pPr>
            <w:r w:rsidRPr="006E6C65">
              <w:rPr>
                <w:color w:val="000000" w:themeColor="text1"/>
                <w:sz w:val="18"/>
              </w:rPr>
              <w:t>5–10 min</w:t>
            </w:r>
          </w:p>
        </w:tc>
        <w:tc>
          <w:tcPr>
            <w:tcW w:w="3360" w:type="dxa"/>
            <w:vAlign w:val="center"/>
          </w:tcPr>
          <w:p w14:paraId="447921D8" w14:textId="77777777" w:rsidR="001A06E2" w:rsidRPr="006E6C65" w:rsidRDefault="007D715E">
            <w:pPr>
              <w:spacing w:after="20"/>
              <w:rPr>
                <w:color w:val="000000" w:themeColor="text1"/>
              </w:rPr>
            </w:pPr>
            <w:r w:rsidRPr="006E6C65">
              <w:rPr>
                <w:color w:val="000000" w:themeColor="text1"/>
                <w:sz w:val="18"/>
              </w:rPr>
              <w:t>Review purpose, safety, group plan and how to approach exhibitors.</w:t>
            </w:r>
          </w:p>
        </w:tc>
      </w:tr>
      <w:tr w:rsidR="001A06E2" w:rsidRPr="006E6C65" w14:paraId="64A8FADA" w14:textId="77777777">
        <w:tc>
          <w:tcPr>
            <w:tcW w:w="3360" w:type="dxa"/>
            <w:vAlign w:val="center"/>
          </w:tcPr>
          <w:p w14:paraId="7E6AFF18" w14:textId="77777777" w:rsidR="001A06E2" w:rsidRPr="006E6C65" w:rsidRDefault="007D715E">
            <w:pPr>
              <w:spacing w:after="20"/>
              <w:rPr>
                <w:color w:val="000000" w:themeColor="text1"/>
              </w:rPr>
            </w:pPr>
            <w:r w:rsidRPr="006E6C65">
              <w:rPr>
                <w:b/>
                <w:color w:val="000000" w:themeColor="text1"/>
                <w:sz w:val="18"/>
              </w:rPr>
              <w:t>Challenge</w:t>
            </w:r>
          </w:p>
        </w:tc>
        <w:tc>
          <w:tcPr>
            <w:tcW w:w="3360" w:type="dxa"/>
            <w:vAlign w:val="center"/>
          </w:tcPr>
          <w:p w14:paraId="69C93D6B" w14:textId="77777777" w:rsidR="001A06E2" w:rsidRPr="006E6C65" w:rsidRDefault="007D715E">
            <w:pPr>
              <w:spacing w:after="20"/>
              <w:rPr>
                <w:color w:val="000000" w:themeColor="text1"/>
              </w:rPr>
            </w:pPr>
            <w:r w:rsidRPr="006E6C65">
              <w:rPr>
                <w:color w:val="000000" w:themeColor="text1"/>
                <w:sz w:val="18"/>
              </w:rPr>
              <w:t>45–90 min</w:t>
            </w:r>
          </w:p>
        </w:tc>
        <w:tc>
          <w:tcPr>
            <w:tcW w:w="3360" w:type="dxa"/>
            <w:vAlign w:val="center"/>
          </w:tcPr>
          <w:p w14:paraId="68461BE4" w14:textId="77777777" w:rsidR="001A06E2" w:rsidRPr="006E6C65" w:rsidRDefault="007D715E">
            <w:pPr>
              <w:spacing w:after="20"/>
              <w:rPr>
                <w:color w:val="000000" w:themeColor="text1"/>
              </w:rPr>
            </w:pPr>
            <w:r w:rsidRPr="006E6C65">
              <w:rPr>
                <w:color w:val="000000" w:themeColor="text1"/>
                <w:sz w:val="18"/>
              </w:rPr>
              <w:t>Complete a mix of observation, conversation, activity and research tasks.</w:t>
            </w:r>
          </w:p>
        </w:tc>
      </w:tr>
      <w:tr w:rsidR="001A06E2" w:rsidRPr="006E6C65" w14:paraId="18CAE84A" w14:textId="77777777">
        <w:tc>
          <w:tcPr>
            <w:tcW w:w="3360" w:type="dxa"/>
            <w:vAlign w:val="center"/>
          </w:tcPr>
          <w:p w14:paraId="41AC7528" w14:textId="77777777" w:rsidR="001A06E2" w:rsidRPr="006E6C65" w:rsidRDefault="007D715E">
            <w:pPr>
              <w:spacing w:after="20"/>
              <w:rPr>
                <w:color w:val="000000" w:themeColor="text1"/>
              </w:rPr>
            </w:pPr>
            <w:r w:rsidRPr="006E6C65">
              <w:rPr>
                <w:b/>
                <w:color w:val="000000" w:themeColor="text1"/>
                <w:sz w:val="18"/>
              </w:rPr>
              <w:t>Debrief</w:t>
            </w:r>
          </w:p>
        </w:tc>
        <w:tc>
          <w:tcPr>
            <w:tcW w:w="3360" w:type="dxa"/>
            <w:vAlign w:val="center"/>
          </w:tcPr>
          <w:p w14:paraId="101751F5" w14:textId="77777777" w:rsidR="001A06E2" w:rsidRPr="006E6C65" w:rsidRDefault="007D715E">
            <w:pPr>
              <w:spacing w:after="20"/>
              <w:rPr>
                <w:color w:val="000000" w:themeColor="text1"/>
              </w:rPr>
            </w:pPr>
            <w:r w:rsidRPr="006E6C65">
              <w:rPr>
                <w:color w:val="000000" w:themeColor="text1"/>
                <w:sz w:val="18"/>
              </w:rPr>
              <w:t>10–15 min</w:t>
            </w:r>
          </w:p>
        </w:tc>
        <w:tc>
          <w:tcPr>
            <w:tcW w:w="3360" w:type="dxa"/>
            <w:vAlign w:val="center"/>
          </w:tcPr>
          <w:p w14:paraId="69AFCFFC" w14:textId="77777777" w:rsidR="001A06E2" w:rsidRPr="006E6C65" w:rsidRDefault="007D715E">
            <w:pPr>
              <w:spacing w:after="20"/>
              <w:rPr>
                <w:color w:val="000000" w:themeColor="text1"/>
              </w:rPr>
            </w:pPr>
            <w:r w:rsidRPr="006E6C65">
              <w:rPr>
                <w:color w:val="000000" w:themeColor="text1"/>
                <w:sz w:val="18"/>
              </w:rPr>
              <w:t>Share discoveries and note careers or ideas that stood out.</w:t>
            </w:r>
          </w:p>
        </w:tc>
      </w:tr>
      <w:tr w:rsidR="001A06E2" w:rsidRPr="006E6C65" w14:paraId="400CA33B" w14:textId="77777777">
        <w:tc>
          <w:tcPr>
            <w:tcW w:w="3360" w:type="dxa"/>
            <w:vAlign w:val="center"/>
          </w:tcPr>
          <w:p w14:paraId="3B3E2E62" w14:textId="77777777" w:rsidR="001A06E2" w:rsidRPr="006E6C65" w:rsidRDefault="007D715E">
            <w:pPr>
              <w:spacing w:after="20"/>
              <w:rPr>
                <w:color w:val="000000" w:themeColor="text1"/>
              </w:rPr>
            </w:pPr>
            <w:r w:rsidRPr="006E6C65">
              <w:rPr>
                <w:b/>
                <w:color w:val="000000" w:themeColor="text1"/>
                <w:sz w:val="18"/>
              </w:rPr>
              <w:t>Follow-up</w:t>
            </w:r>
          </w:p>
        </w:tc>
        <w:tc>
          <w:tcPr>
            <w:tcW w:w="3360" w:type="dxa"/>
            <w:vAlign w:val="center"/>
          </w:tcPr>
          <w:p w14:paraId="5B8634B9" w14:textId="77777777" w:rsidR="001A06E2" w:rsidRPr="006E6C65" w:rsidRDefault="007D715E">
            <w:pPr>
              <w:spacing w:after="20"/>
              <w:rPr>
                <w:color w:val="000000" w:themeColor="text1"/>
              </w:rPr>
            </w:pPr>
            <w:r w:rsidRPr="006E6C65">
              <w:rPr>
                <w:color w:val="000000" w:themeColor="text1"/>
                <w:sz w:val="18"/>
              </w:rPr>
              <w:t>20–40 min</w:t>
            </w:r>
          </w:p>
        </w:tc>
        <w:tc>
          <w:tcPr>
            <w:tcW w:w="3360" w:type="dxa"/>
            <w:vAlign w:val="center"/>
          </w:tcPr>
          <w:p w14:paraId="46A19637" w14:textId="77777777" w:rsidR="001A06E2" w:rsidRPr="006E6C65" w:rsidRDefault="007D715E">
            <w:pPr>
              <w:spacing w:after="20"/>
              <w:rPr>
                <w:color w:val="000000" w:themeColor="text1"/>
              </w:rPr>
            </w:pPr>
            <w:r w:rsidRPr="006E6C65">
              <w:rPr>
                <w:color w:val="000000" w:themeColor="text1"/>
                <w:sz w:val="18"/>
              </w:rPr>
              <w:t>Complete a reflection, short presentation or career pathway task.</w:t>
            </w:r>
          </w:p>
        </w:tc>
      </w:tr>
    </w:tbl>
    <w:p w14:paraId="3FDEF3D0" w14:textId="77777777" w:rsidR="001A06E2" w:rsidRPr="006E6C65" w:rsidRDefault="007D715E">
      <w:pPr>
        <w:pStyle w:val="Heading2"/>
        <w:rPr>
          <w:color w:val="000000" w:themeColor="text1"/>
        </w:rPr>
      </w:pPr>
      <w:r w:rsidRPr="006E6C65">
        <w:rPr>
          <w:color w:val="000000" w:themeColor="text1"/>
        </w:rPr>
        <w:t>Adapting the challenge</w:t>
      </w:r>
    </w:p>
    <w:p w14:paraId="673C432F" w14:textId="77777777" w:rsidR="001A06E2" w:rsidRPr="006E6C65" w:rsidRDefault="007D715E">
      <w:pPr>
        <w:pStyle w:val="ListBullet"/>
        <w:spacing w:after="40"/>
        <w:rPr>
          <w:color w:val="000000" w:themeColor="text1"/>
        </w:rPr>
      </w:pPr>
      <w:r w:rsidRPr="006E6C65">
        <w:rPr>
          <w:color w:val="000000" w:themeColor="text1"/>
        </w:rPr>
        <w:t>For younger students: use fewer stations, multiple-choice prompts, drawing and sentence starters.</w:t>
      </w:r>
    </w:p>
    <w:p w14:paraId="0DEA4D00" w14:textId="77777777" w:rsidR="001A06E2" w:rsidRPr="006E6C65" w:rsidRDefault="007D715E">
      <w:pPr>
        <w:pStyle w:val="ListBullet"/>
        <w:spacing w:after="40"/>
        <w:rPr>
          <w:color w:val="000000" w:themeColor="text1"/>
        </w:rPr>
      </w:pPr>
      <w:r w:rsidRPr="006E6C65">
        <w:rPr>
          <w:color w:val="000000" w:themeColor="text1"/>
        </w:rPr>
        <w:t>For senior students: ask for evidence, comparisons, trade-offs, data interpretation and links to qualifications or training.</w:t>
      </w:r>
    </w:p>
    <w:p w14:paraId="7098B431" w14:textId="77777777" w:rsidR="001A06E2" w:rsidRPr="006E6C65" w:rsidRDefault="007D715E">
      <w:pPr>
        <w:pStyle w:val="ListBullet"/>
        <w:spacing w:after="40"/>
        <w:rPr>
          <w:color w:val="000000" w:themeColor="text1"/>
        </w:rPr>
      </w:pPr>
      <w:r w:rsidRPr="006E6C65">
        <w:rPr>
          <w:color w:val="000000" w:themeColor="text1"/>
        </w:rPr>
        <w:t>For a small event: use the ‘anywhere challenge’ prompts and ask students to interview one exhibitor.</w:t>
      </w:r>
    </w:p>
    <w:p w14:paraId="2D45A8AC" w14:textId="77777777" w:rsidR="001A06E2" w:rsidRPr="006E6C65" w:rsidRDefault="007D715E">
      <w:pPr>
        <w:pStyle w:val="ListBullet"/>
        <w:spacing w:after="40"/>
        <w:rPr>
          <w:color w:val="000000" w:themeColor="text1"/>
        </w:rPr>
      </w:pPr>
      <w:r w:rsidRPr="006E6C65">
        <w:rPr>
          <w:color w:val="000000" w:themeColor="text1"/>
        </w:rPr>
        <w:t>For a school-based lesson: use websites, videos, product labels, case studies or invite local industry speakers.</w:t>
      </w:r>
    </w:p>
    <w:p w14:paraId="6464A579" w14:textId="77777777" w:rsidR="001A06E2" w:rsidRPr="006E6C65" w:rsidRDefault="007D715E">
      <w:pPr>
        <w:rPr>
          <w:color w:val="000000" w:themeColor="text1"/>
        </w:rPr>
      </w:pPr>
      <w:r w:rsidRPr="006E6C65">
        <w:rPr>
          <w:color w:val="000000" w:themeColor="text1"/>
        </w:rPr>
        <w:br w:type="page"/>
      </w:r>
    </w:p>
    <w:p w14:paraId="1FB01307" w14:textId="77777777" w:rsidR="006E6C65" w:rsidRDefault="006E6C65" w:rsidP="006E6C65">
      <w:pPr>
        <w:pStyle w:val="Heading1"/>
        <w:jc w:val="center"/>
        <w:rPr>
          <w:color w:val="000000" w:themeColor="text1"/>
        </w:rPr>
      </w:pPr>
    </w:p>
    <w:p w14:paraId="042D0EBE" w14:textId="50491B7B" w:rsidR="001A06E2" w:rsidRDefault="007D715E" w:rsidP="00DF03A1">
      <w:pPr>
        <w:pStyle w:val="Heading1"/>
        <w:spacing w:before="240"/>
        <w:jc w:val="center"/>
        <w:rPr>
          <w:color w:val="000000" w:themeColor="text1"/>
        </w:rPr>
      </w:pPr>
      <w:r w:rsidRPr="006E6C65">
        <w:rPr>
          <w:color w:val="000000" w:themeColor="text1"/>
        </w:rPr>
        <w:t xml:space="preserve">Student </w:t>
      </w:r>
      <w:r w:rsidR="006E6C65">
        <w:rPr>
          <w:color w:val="000000" w:themeColor="text1"/>
        </w:rPr>
        <w:t>Ac</w:t>
      </w:r>
      <w:r w:rsidRPr="006E6C65">
        <w:rPr>
          <w:color w:val="000000" w:themeColor="text1"/>
        </w:rPr>
        <w:t xml:space="preserve">tivity </w:t>
      </w:r>
      <w:r w:rsidR="006E6C65">
        <w:rPr>
          <w:color w:val="000000" w:themeColor="text1"/>
        </w:rPr>
        <w:t>B</w:t>
      </w:r>
      <w:r w:rsidRPr="006E6C65">
        <w:rPr>
          <w:color w:val="000000" w:themeColor="text1"/>
        </w:rPr>
        <w:t>ooklet</w:t>
      </w:r>
    </w:p>
    <w:p w14:paraId="12BA7585" w14:textId="77777777" w:rsidR="001A06E2" w:rsidRDefault="007D715E">
      <w:pPr>
        <w:rPr>
          <w:color w:val="000000" w:themeColor="text1"/>
        </w:rPr>
      </w:pPr>
      <w:r w:rsidRPr="006E6C65">
        <w:rPr>
          <w:color w:val="000000" w:themeColor="text1"/>
        </w:rPr>
        <w:t>Your mission: explore the food and fibre sector, try activities, talk to people and discover careers you may not have considered.</w:t>
      </w:r>
    </w:p>
    <w:p w14:paraId="2738403E" w14:textId="79333380" w:rsidR="00CA398E" w:rsidRPr="00CA398E" w:rsidRDefault="00CA398E">
      <w:pPr>
        <w:rPr>
          <w:b/>
          <w:bCs/>
          <w:color w:val="000000" w:themeColor="text1"/>
        </w:rPr>
      </w:pPr>
      <w:r w:rsidRPr="00CA398E">
        <w:rPr>
          <w:b/>
          <w:bCs/>
          <w:color w:val="000000" w:themeColor="text1"/>
        </w:rPr>
        <w:t>Event Details</w:t>
      </w:r>
    </w:p>
    <w:tbl>
      <w:tblPr>
        <w:tblStyle w:val="TableGrid"/>
        <w:tblW w:w="0" w:type="auto"/>
        <w:tblLook w:val="04A0" w:firstRow="1" w:lastRow="0" w:firstColumn="1" w:lastColumn="0" w:noHBand="0" w:noVBand="1"/>
      </w:tblPr>
      <w:tblGrid>
        <w:gridCol w:w="2547"/>
        <w:gridCol w:w="3685"/>
        <w:gridCol w:w="1094"/>
        <w:gridCol w:w="2744"/>
      </w:tblGrid>
      <w:tr w:rsidR="00CA398E" w14:paraId="35FAAFED" w14:textId="77777777" w:rsidTr="001D41B2">
        <w:tc>
          <w:tcPr>
            <w:tcW w:w="2547" w:type="dxa"/>
            <w:shd w:val="clear" w:color="auto" w:fill="D6E3BC" w:themeFill="accent3" w:themeFillTint="66"/>
          </w:tcPr>
          <w:p w14:paraId="7DFF75E0" w14:textId="2DE1361C" w:rsidR="00CA398E" w:rsidRDefault="00CA398E">
            <w:pPr>
              <w:rPr>
                <w:color w:val="000000" w:themeColor="text1"/>
              </w:rPr>
            </w:pPr>
            <w:r>
              <w:rPr>
                <w:color w:val="000000" w:themeColor="text1"/>
              </w:rPr>
              <w:t>Team members:</w:t>
            </w:r>
          </w:p>
        </w:tc>
        <w:tc>
          <w:tcPr>
            <w:tcW w:w="7523" w:type="dxa"/>
            <w:gridSpan w:val="3"/>
          </w:tcPr>
          <w:p w14:paraId="4C5A0EE8" w14:textId="77777777" w:rsidR="00CA398E" w:rsidRDefault="00CA398E">
            <w:pPr>
              <w:rPr>
                <w:color w:val="000000" w:themeColor="text1"/>
              </w:rPr>
            </w:pPr>
          </w:p>
        </w:tc>
      </w:tr>
      <w:tr w:rsidR="00D27E0C" w14:paraId="3157C8A3" w14:textId="77777777" w:rsidTr="006F141A">
        <w:tc>
          <w:tcPr>
            <w:tcW w:w="2547" w:type="dxa"/>
            <w:shd w:val="clear" w:color="auto" w:fill="D6E3BC" w:themeFill="accent3" w:themeFillTint="66"/>
          </w:tcPr>
          <w:p w14:paraId="56FB247C" w14:textId="3DA08238" w:rsidR="00D27E0C" w:rsidRDefault="00F62FD8">
            <w:pPr>
              <w:rPr>
                <w:color w:val="000000" w:themeColor="text1"/>
              </w:rPr>
            </w:pPr>
            <w:r>
              <w:rPr>
                <w:color w:val="000000" w:themeColor="text1"/>
              </w:rPr>
              <w:t>Event:</w:t>
            </w:r>
          </w:p>
        </w:tc>
        <w:tc>
          <w:tcPr>
            <w:tcW w:w="3685" w:type="dxa"/>
          </w:tcPr>
          <w:p w14:paraId="12359FA0" w14:textId="77777777" w:rsidR="00D27E0C" w:rsidRDefault="00D27E0C">
            <w:pPr>
              <w:rPr>
                <w:color w:val="000000" w:themeColor="text1"/>
              </w:rPr>
            </w:pPr>
          </w:p>
        </w:tc>
        <w:tc>
          <w:tcPr>
            <w:tcW w:w="1094" w:type="dxa"/>
            <w:shd w:val="clear" w:color="auto" w:fill="D6E3BC" w:themeFill="accent3" w:themeFillTint="66"/>
          </w:tcPr>
          <w:p w14:paraId="2E3971CD" w14:textId="083D9597" w:rsidR="00D27E0C" w:rsidRDefault="00F62FD8">
            <w:pPr>
              <w:rPr>
                <w:color w:val="000000" w:themeColor="text1"/>
              </w:rPr>
            </w:pPr>
            <w:r>
              <w:rPr>
                <w:color w:val="000000" w:themeColor="text1"/>
              </w:rPr>
              <w:t xml:space="preserve">Date: </w:t>
            </w:r>
          </w:p>
        </w:tc>
        <w:tc>
          <w:tcPr>
            <w:tcW w:w="2744" w:type="dxa"/>
          </w:tcPr>
          <w:p w14:paraId="7BB3873A" w14:textId="71DBA429" w:rsidR="00D27E0C" w:rsidRDefault="00D27E0C">
            <w:pPr>
              <w:rPr>
                <w:color w:val="000000" w:themeColor="text1"/>
              </w:rPr>
            </w:pPr>
          </w:p>
        </w:tc>
      </w:tr>
      <w:tr w:rsidR="00DB0E56" w14:paraId="35B8F3CC" w14:textId="77777777" w:rsidTr="007C1A99">
        <w:tc>
          <w:tcPr>
            <w:tcW w:w="2547" w:type="dxa"/>
            <w:shd w:val="clear" w:color="auto" w:fill="D6E3BC" w:themeFill="accent3" w:themeFillTint="66"/>
          </w:tcPr>
          <w:p w14:paraId="2134DBC5" w14:textId="434A210D" w:rsidR="00DB0E56" w:rsidRDefault="00DB0E56">
            <w:pPr>
              <w:rPr>
                <w:color w:val="000000" w:themeColor="text1"/>
              </w:rPr>
            </w:pPr>
            <w:r>
              <w:rPr>
                <w:color w:val="000000" w:themeColor="text1"/>
              </w:rPr>
              <w:t>Meeting point:</w:t>
            </w:r>
          </w:p>
        </w:tc>
        <w:tc>
          <w:tcPr>
            <w:tcW w:w="7523" w:type="dxa"/>
            <w:gridSpan w:val="3"/>
          </w:tcPr>
          <w:p w14:paraId="615E1C1D" w14:textId="77777777" w:rsidR="00DB0E56" w:rsidRDefault="00DB0E56">
            <w:pPr>
              <w:rPr>
                <w:color w:val="000000" w:themeColor="text1"/>
              </w:rPr>
            </w:pPr>
          </w:p>
          <w:p w14:paraId="7A1293B1" w14:textId="77777777" w:rsidR="006F141A" w:rsidRDefault="006F141A">
            <w:pPr>
              <w:rPr>
                <w:color w:val="000000" w:themeColor="text1"/>
              </w:rPr>
            </w:pPr>
          </w:p>
        </w:tc>
      </w:tr>
      <w:tr w:rsidR="0033200E" w14:paraId="751E6B78" w14:textId="77777777" w:rsidTr="001D41B2">
        <w:tc>
          <w:tcPr>
            <w:tcW w:w="2547" w:type="dxa"/>
            <w:shd w:val="clear" w:color="auto" w:fill="D6E3BC" w:themeFill="accent3" w:themeFillTint="66"/>
          </w:tcPr>
          <w:p w14:paraId="48FFEEA3" w14:textId="36C5DC72" w:rsidR="0033200E" w:rsidRDefault="0033200E">
            <w:pPr>
              <w:rPr>
                <w:color w:val="000000" w:themeColor="text1"/>
              </w:rPr>
            </w:pPr>
            <w:r>
              <w:rPr>
                <w:color w:val="000000" w:themeColor="text1"/>
              </w:rPr>
              <w:t xml:space="preserve">Required stations / exhibitors </w:t>
            </w:r>
          </w:p>
        </w:tc>
        <w:tc>
          <w:tcPr>
            <w:tcW w:w="7523" w:type="dxa"/>
            <w:gridSpan w:val="3"/>
          </w:tcPr>
          <w:p w14:paraId="57B7DB5D" w14:textId="77777777" w:rsidR="0033200E" w:rsidRDefault="0033200E">
            <w:pPr>
              <w:rPr>
                <w:color w:val="000000" w:themeColor="text1"/>
              </w:rPr>
            </w:pPr>
          </w:p>
          <w:p w14:paraId="71CDA09E" w14:textId="77777777" w:rsidR="006F141A" w:rsidRDefault="006F141A">
            <w:pPr>
              <w:rPr>
                <w:color w:val="000000" w:themeColor="text1"/>
              </w:rPr>
            </w:pPr>
          </w:p>
          <w:p w14:paraId="71642DF3" w14:textId="77777777" w:rsidR="006F141A" w:rsidRDefault="006F141A">
            <w:pPr>
              <w:rPr>
                <w:color w:val="000000" w:themeColor="text1"/>
              </w:rPr>
            </w:pPr>
          </w:p>
          <w:p w14:paraId="60CEE184" w14:textId="77777777" w:rsidR="006F141A" w:rsidRDefault="006F141A">
            <w:pPr>
              <w:rPr>
                <w:color w:val="000000" w:themeColor="text1"/>
              </w:rPr>
            </w:pPr>
          </w:p>
          <w:p w14:paraId="6E9F1F13" w14:textId="77777777" w:rsidR="006F141A" w:rsidRDefault="006F141A">
            <w:pPr>
              <w:rPr>
                <w:color w:val="000000" w:themeColor="text1"/>
              </w:rPr>
            </w:pPr>
          </w:p>
          <w:p w14:paraId="3EBB967D" w14:textId="77777777" w:rsidR="006F141A" w:rsidRDefault="006F141A">
            <w:pPr>
              <w:rPr>
                <w:color w:val="000000" w:themeColor="text1"/>
              </w:rPr>
            </w:pPr>
          </w:p>
          <w:p w14:paraId="01BE1AFF" w14:textId="77777777" w:rsidR="006F141A" w:rsidRDefault="006F141A">
            <w:pPr>
              <w:rPr>
                <w:color w:val="000000" w:themeColor="text1"/>
              </w:rPr>
            </w:pPr>
          </w:p>
        </w:tc>
      </w:tr>
      <w:tr w:rsidR="0033200E" w14:paraId="6BC41C55" w14:textId="77777777" w:rsidTr="001D41B2">
        <w:tc>
          <w:tcPr>
            <w:tcW w:w="2547" w:type="dxa"/>
            <w:shd w:val="clear" w:color="auto" w:fill="D6E3BC" w:themeFill="accent3" w:themeFillTint="66"/>
          </w:tcPr>
          <w:p w14:paraId="2622981F" w14:textId="15112AEB" w:rsidR="0033200E" w:rsidRDefault="0033200E">
            <w:pPr>
              <w:rPr>
                <w:color w:val="000000" w:themeColor="text1"/>
              </w:rPr>
            </w:pPr>
            <w:r>
              <w:rPr>
                <w:color w:val="000000" w:themeColor="text1"/>
              </w:rPr>
              <w:t xml:space="preserve">Event-specific </w:t>
            </w:r>
            <w:r w:rsidR="001D41B2">
              <w:rPr>
                <w:color w:val="000000" w:themeColor="text1"/>
              </w:rPr>
              <w:t>questions or challenges</w:t>
            </w:r>
          </w:p>
        </w:tc>
        <w:tc>
          <w:tcPr>
            <w:tcW w:w="7523" w:type="dxa"/>
            <w:gridSpan w:val="3"/>
          </w:tcPr>
          <w:p w14:paraId="2DE62CE6" w14:textId="77777777" w:rsidR="0033200E" w:rsidRDefault="0033200E">
            <w:pPr>
              <w:rPr>
                <w:color w:val="000000" w:themeColor="text1"/>
              </w:rPr>
            </w:pPr>
          </w:p>
          <w:p w14:paraId="4CFA13B3" w14:textId="77777777" w:rsidR="006F141A" w:rsidRDefault="006F141A">
            <w:pPr>
              <w:rPr>
                <w:color w:val="000000" w:themeColor="text1"/>
              </w:rPr>
            </w:pPr>
          </w:p>
          <w:p w14:paraId="4E32F5BE" w14:textId="77777777" w:rsidR="006F141A" w:rsidRDefault="006F141A">
            <w:pPr>
              <w:rPr>
                <w:color w:val="000000" w:themeColor="text1"/>
              </w:rPr>
            </w:pPr>
          </w:p>
          <w:p w14:paraId="6A3A82B9" w14:textId="77777777" w:rsidR="006F141A" w:rsidRDefault="006F141A">
            <w:pPr>
              <w:rPr>
                <w:color w:val="000000" w:themeColor="text1"/>
              </w:rPr>
            </w:pPr>
          </w:p>
          <w:p w14:paraId="1AEC0478" w14:textId="77777777" w:rsidR="006F141A" w:rsidRDefault="006F141A">
            <w:pPr>
              <w:rPr>
                <w:color w:val="000000" w:themeColor="text1"/>
              </w:rPr>
            </w:pPr>
          </w:p>
          <w:p w14:paraId="1AF52C83" w14:textId="77777777" w:rsidR="006F141A" w:rsidRDefault="006F141A">
            <w:pPr>
              <w:rPr>
                <w:color w:val="000000" w:themeColor="text1"/>
              </w:rPr>
            </w:pPr>
          </w:p>
          <w:p w14:paraId="428A494C" w14:textId="77777777" w:rsidR="006F141A" w:rsidRDefault="006F141A">
            <w:pPr>
              <w:rPr>
                <w:color w:val="000000" w:themeColor="text1"/>
              </w:rPr>
            </w:pPr>
          </w:p>
          <w:p w14:paraId="1832B12F" w14:textId="77777777" w:rsidR="006F141A" w:rsidRDefault="006F141A">
            <w:pPr>
              <w:rPr>
                <w:color w:val="000000" w:themeColor="text1"/>
              </w:rPr>
            </w:pPr>
          </w:p>
        </w:tc>
      </w:tr>
      <w:tr w:rsidR="001D41B2" w14:paraId="3F5515D1" w14:textId="77777777" w:rsidTr="001D41B2">
        <w:tc>
          <w:tcPr>
            <w:tcW w:w="2547" w:type="dxa"/>
            <w:shd w:val="clear" w:color="auto" w:fill="D6E3BC" w:themeFill="accent3" w:themeFillTint="66"/>
          </w:tcPr>
          <w:p w14:paraId="3C69C08C" w14:textId="5CE21A14" w:rsidR="001D41B2" w:rsidRDefault="001D41B2">
            <w:pPr>
              <w:rPr>
                <w:color w:val="000000" w:themeColor="text1"/>
              </w:rPr>
            </w:pPr>
            <w:r>
              <w:rPr>
                <w:color w:val="000000" w:themeColor="text1"/>
              </w:rPr>
              <w:t>Teacher contact/ check-in instructions</w:t>
            </w:r>
          </w:p>
        </w:tc>
        <w:tc>
          <w:tcPr>
            <w:tcW w:w="7523" w:type="dxa"/>
            <w:gridSpan w:val="3"/>
          </w:tcPr>
          <w:p w14:paraId="400C9FA3" w14:textId="77777777" w:rsidR="001D41B2" w:rsidRDefault="001D41B2">
            <w:pPr>
              <w:rPr>
                <w:color w:val="000000" w:themeColor="text1"/>
              </w:rPr>
            </w:pPr>
          </w:p>
        </w:tc>
      </w:tr>
    </w:tbl>
    <w:p w14:paraId="163230E9" w14:textId="77777777" w:rsidR="00CA398E" w:rsidRPr="006E6C65" w:rsidRDefault="00CA398E">
      <w:pPr>
        <w:rPr>
          <w:color w:val="000000" w:themeColor="text1"/>
        </w:rPr>
      </w:pPr>
    </w:p>
    <w:p w14:paraId="1475627C" w14:textId="77777777" w:rsidR="001A06E2" w:rsidRPr="006E6C65" w:rsidRDefault="007D715E">
      <w:pPr>
        <w:pStyle w:val="Heading2"/>
        <w:rPr>
          <w:color w:val="000000" w:themeColor="text1"/>
        </w:rPr>
      </w:pPr>
      <w:r w:rsidRPr="006E6C65">
        <w:rPr>
          <w:color w:val="000000" w:themeColor="text1"/>
        </w:rPr>
        <w:t>How to take part</w:t>
      </w:r>
    </w:p>
    <w:p w14:paraId="764FEE35" w14:textId="77777777" w:rsidR="001A06E2" w:rsidRPr="006E6C65" w:rsidRDefault="007D715E">
      <w:pPr>
        <w:pStyle w:val="ListBullet"/>
        <w:spacing w:after="40"/>
        <w:rPr>
          <w:color w:val="000000" w:themeColor="text1"/>
        </w:rPr>
      </w:pPr>
      <w:r w:rsidRPr="006E6C65">
        <w:rPr>
          <w:color w:val="000000" w:themeColor="text1"/>
        </w:rPr>
        <w:t>Visit the stations in any order, unless your teacher gives you a route.</w:t>
      </w:r>
    </w:p>
    <w:p w14:paraId="73726C2D" w14:textId="77777777" w:rsidR="001A06E2" w:rsidRPr="006E6C65" w:rsidRDefault="007D715E">
      <w:pPr>
        <w:pStyle w:val="ListBullet"/>
        <w:spacing w:after="40"/>
        <w:rPr>
          <w:color w:val="000000" w:themeColor="text1"/>
        </w:rPr>
      </w:pPr>
      <w:r w:rsidRPr="006E6C65">
        <w:rPr>
          <w:color w:val="000000" w:themeColor="text1"/>
        </w:rPr>
        <w:t>Complete at least four challenge stations and the career reflection at the end.</w:t>
      </w:r>
    </w:p>
    <w:p w14:paraId="07ACDD2F" w14:textId="77777777" w:rsidR="001A06E2" w:rsidRPr="006E6C65" w:rsidRDefault="007D715E">
      <w:pPr>
        <w:pStyle w:val="ListBullet"/>
        <w:spacing w:after="40"/>
        <w:rPr>
          <w:color w:val="000000" w:themeColor="text1"/>
        </w:rPr>
      </w:pPr>
      <w:r w:rsidRPr="006E6C65">
        <w:rPr>
          <w:color w:val="000000" w:themeColor="text1"/>
        </w:rPr>
        <w:t>Ask permission before taking photos or recording someone’s answers.</w:t>
      </w:r>
    </w:p>
    <w:p w14:paraId="0DADF7AB" w14:textId="77777777" w:rsidR="001A06E2" w:rsidRPr="006E6C65" w:rsidRDefault="007D715E">
      <w:pPr>
        <w:pStyle w:val="ListBullet"/>
        <w:spacing w:after="40"/>
        <w:rPr>
          <w:color w:val="000000" w:themeColor="text1"/>
        </w:rPr>
      </w:pPr>
      <w:r w:rsidRPr="006E6C65">
        <w:rPr>
          <w:color w:val="000000" w:themeColor="text1"/>
        </w:rPr>
        <w:t>If a stand is busy, return later. Spread out from other teams where possible.</w:t>
      </w:r>
    </w:p>
    <w:p w14:paraId="6603194F" w14:textId="77777777" w:rsidR="001A06E2" w:rsidRPr="006E6C65" w:rsidRDefault="007D715E">
      <w:pPr>
        <w:pStyle w:val="ListBullet"/>
        <w:spacing w:after="40"/>
        <w:rPr>
          <w:color w:val="000000" w:themeColor="text1"/>
        </w:rPr>
      </w:pPr>
      <w:r w:rsidRPr="006E6C65">
        <w:rPr>
          <w:color w:val="000000" w:themeColor="text1"/>
        </w:rPr>
        <w:t>Follow all event, animal welfare, biosecurity and health and safety instructions.</w:t>
      </w:r>
    </w:p>
    <w:p w14:paraId="1FEEE2C3" w14:textId="77777777" w:rsidR="001A06E2" w:rsidRPr="006E6C65" w:rsidRDefault="007D715E">
      <w:pPr>
        <w:pStyle w:val="ListBullet"/>
        <w:spacing w:after="40"/>
        <w:rPr>
          <w:color w:val="000000" w:themeColor="text1"/>
        </w:rPr>
      </w:pPr>
      <w:r w:rsidRPr="006E6C65">
        <w:rPr>
          <w:color w:val="000000" w:themeColor="text1"/>
        </w:rPr>
        <w:t>Be curious, respectful and ready to learn something new.</w:t>
      </w:r>
    </w:p>
    <w:p w14:paraId="539AA967" w14:textId="77777777" w:rsidR="006F141A" w:rsidRDefault="006F141A">
      <w:pPr>
        <w:pStyle w:val="Heading2"/>
        <w:rPr>
          <w:color w:val="000000" w:themeColor="text1"/>
        </w:rPr>
      </w:pPr>
    </w:p>
    <w:p w14:paraId="0A463A79" w14:textId="72697AD8" w:rsidR="001A06E2" w:rsidRPr="006E6C65" w:rsidRDefault="007D715E">
      <w:pPr>
        <w:pStyle w:val="Heading2"/>
        <w:rPr>
          <w:color w:val="000000" w:themeColor="text1"/>
        </w:rPr>
      </w:pPr>
      <w:r w:rsidRPr="006E6C65">
        <w:rPr>
          <w:color w:val="000000" w:themeColor="text1"/>
        </w:rPr>
        <w:t xml:space="preserve">CHALLENGE 1 | Skills in </w:t>
      </w:r>
      <w:r w:rsidR="006E6C65">
        <w:rPr>
          <w:color w:val="000000" w:themeColor="text1"/>
        </w:rPr>
        <w:t>A</w:t>
      </w:r>
      <w:r w:rsidRPr="006E6C65">
        <w:rPr>
          <w:color w:val="000000" w:themeColor="text1"/>
        </w:rPr>
        <w:t>ction</w:t>
      </w:r>
    </w:p>
    <w:p w14:paraId="433DE6D5" w14:textId="77777777" w:rsidR="001A06E2" w:rsidRPr="006E6C65" w:rsidRDefault="007D715E">
      <w:pPr>
        <w:rPr>
          <w:color w:val="000000" w:themeColor="text1"/>
        </w:rPr>
      </w:pPr>
      <w:r w:rsidRPr="006E6C65">
        <w:rPr>
          <w:color w:val="000000" w:themeColor="text1"/>
        </w:rPr>
        <w:t>Try a practical activity or watch a demonstration. What skill did it require? How could that skill be useful in a food and fibre job?</w:t>
      </w:r>
    </w:p>
    <w:p w14:paraId="38CD6008" w14:textId="7D91A0F9" w:rsidR="001A06E2" w:rsidRPr="006E6C65" w:rsidRDefault="007D715E">
      <w:pPr>
        <w:rPr>
          <w:color w:val="000000" w:themeColor="text1"/>
        </w:rPr>
      </w:pPr>
      <w:r w:rsidRPr="006E6C65">
        <w:rPr>
          <w:color w:val="000000" w:themeColor="text1"/>
        </w:rPr>
        <w:t>Activity / demonstration: _______________________________________________________</w:t>
      </w:r>
      <w:r w:rsidR="00F64A45">
        <w:rPr>
          <w:color w:val="000000" w:themeColor="text1"/>
        </w:rPr>
        <w:t>_______________________________</w:t>
      </w:r>
    </w:p>
    <w:p w14:paraId="39E9E6E7" w14:textId="5195B201" w:rsidR="001A06E2" w:rsidRDefault="007D715E">
      <w:pPr>
        <w:rPr>
          <w:color w:val="000000" w:themeColor="text1"/>
        </w:rPr>
      </w:pPr>
      <w:r w:rsidRPr="006E6C65">
        <w:rPr>
          <w:color w:val="000000" w:themeColor="text1"/>
        </w:rPr>
        <w:t>Skill I noticed: _______________________________________________________________</w:t>
      </w:r>
      <w:r w:rsidR="00F64A45">
        <w:rPr>
          <w:color w:val="000000" w:themeColor="text1"/>
        </w:rPr>
        <w:t>________________________________</w:t>
      </w:r>
    </w:p>
    <w:p w14:paraId="3D0B46B6" w14:textId="0A2CECB1" w:rsidR="00F64A45" w:rsidRPr="006E6C65" w:rsidRDefault="00F64A45">
      <w:pPr>
        <w:rPr>
          <w:color w:val="000000" w:themeColor="text1"/>
        </w:rPr>
      </w:pPr>
      <w:r>
        <w:rPr>
          <w:color w:val="000000" w:themeColor="text1"/>
        </w:rPr>
        <w:t>_____________________________________________________________________________________________________________</w:t>
      </w:r>
    </w:p>
    <w:p w14:paraId="5D4BF725" w14:textId="54FFEB17" w:rsidR="001A06E2" w:rsidRDefault="007D715E">
      <w:pPr>
        <w:rPr>
          <w:color w:val="000000" w:themeColor="text1"/>
        </w:rPr>
      </w:pPr>
      <w:r w:rsidRPr="006E6C65">
        <w:rPr>
          <w:color w:val="000000" w:themeColor="text1"/>
        </w:rPr>
        <w:t>How it could be used at work: __________________________________________________</w:t>
      </w:r>
      <w:r w:rsidR="00F64A45">
        <w:rPr>
          <w:color w:val="000000" w:themeColor="text1"/>
        </w:rPr>
        <w:t>_______________________________</w:t>
      </w:r>
    </w:p>
    <w:p w14:paraId="606586EE" w14:textId="78811C9A" w:rsidR="00F64A45" w:rsidRPr="006E6C65" w:rsidRDefault="00F64A45">
      <w:pPr>
        <w:rPr>
          <w:color w:val="000000" w:themeColor="text1"/>
        </w:rPr>
      </w:pPr>
      <w:r>
        <w:rPr>
          <w:color w:val="000000" w:themeColor="text1"/>
        </w:rPr>
        <w:t>_____________________________________________________________________________________________________________</w:t>
      </w:r>
    </w:p>
    <w:p w14:paraId="46552E5E" w14:textId="0E9BF2F6" w:rsidR="001A06E2" w:rsidRPr="006E6C65" w:rsidRDefault="007D715E">
      <w:pPr>
        <w:pStyle w:val="Heading2"/>
        <w:rPr>
          <w:color w:val="000000" w:themeColor="text1"/>
        </w:rPr>
      </w:pPr>
      <w:r w:rsidRPr="006E6C65">
        <w:rPr>
          <w:color w:val="000000" w:themeColor="text1"/>
        </w:rPr>
        <w:t xml:space="preserve">CHALLENGE 2 | Technology and </w:t>
      </w:r>
      <w:r w:rsidR="006E6C65">
        <w:rPr>
          <w:color w:val="000000" w:themeColor="text1"/>
        </w:rPr>
        <w:t>I</w:t>
      </w:r>
      <w:r w:rsidRPr="006E6C65">
        <w:rPr>
          <w:color w:val="000000" w:themeColor="text1"/>
        </w:rPr>
        <w:t>nnovation</w:t>
      </w:r>
    </w:p>
    <w:p w14:paraId="4CE0A384" w14:textId="77777777" w:rsidR="001A06E2" w:rsidRPr="006E6C65" w:rsidRDefault="007D715E">
      <w:pPr>
        <w:rPr>
          <w:color w:val="000000" w:themeColor="text1"/>
        </w:rPr>
      </w:pPr>
      <w:r w:rsidRPr="006E6C65">
        <w:rPr>
          <w:color w:val="000000" w:themeColor="text1"/>
        </w:rPr>
        <w:t>Find a technology, tool, machine, app or new product. What does it do, and what problem might it help solve?</w:t>
      </w:r>
    </w:p>
    <w:p w14:paraId="60EDD0D9" w14:textId="5E0355BC" w:rsidR="001A06E2" w:rsidRPr="006E6C65" w:rsidRDefault="007D715E">
      <w:pPr>
        <w:rPr>
          <w:color w:val="000000" w:themeColor="text1"/>
        </w:rPr>
      </w:pPr>
      <w:r w:rsidRPr="006E6C65">
        <w:rPr>
          <w:color w:val="000000" w:themeColor="text1"/>
        </w:rPr>
        <w:t>Technology / product: __________________________________________________________</w:t>
      </w:r>
      <w:r w:rsidR="00F64A45">
        <w:rPr>
          <w:color w:val="000000" w:themeColor="text1"/>
        </w:rPr>
        <w:t>______________________________</w:t>
      </w:r>
    </w:p>
    <w:p w14:paraId="1E720321" w14:textId="29C624CF" w:rsidR="001A06E2" w:rsidRPr="006E6C65" w:rsidRDefault="007D715E">
      <w:pPr>
        <w:rPr>
          <w:color w:val="000000" w:themeColor="text1"/>
        </w:rPr>
      </w:pPr>
      <w:r w:rsidRPr="006E6C65">
        <w:rPr>
          <w:color w:val="000000" w:themeColor="text1"/>
        </w:rPr>
        <w:t>What it does: _________________________________________________________________</w:t>
      </w:r>
      <w:r w:rsidR="00F64A45">
        <w:rPr>
          <w:color w:val="000000" w:themeColor="text1"/>
        </w:rPr>
        <w:t>_______________________________</w:t>
      </w:r>
    </w:p>
    <w:p w14:paraId="16EECADA" w14:textId="050753B2" w:rsidR="001A06E2" w:rsidRDefault="007D715E">
      <w:pPr>
        <w:rPr>
          <w:color w:val="000000" w:themeColor="text1"/>
        </w:rPr>
      </w:pPr>
      <w:r w:rsidRPr="006E6C65">
        <w:rPr>
          <w:color w:val="000000" w:themeColor="text1"/>
        </w:rPr>
        <w:t>Problem it may help solve: _____________________________________________________</w:t>
      </w:r>
      <w:r w:rsidR="00F64A45">
        <w:rPr>
          <w:color w:val="000000" w:themeColor="text1"/>
        </w:rPr>
        <w:t>_______________________________</w:t>
      </w:r>
    </w:p>
    <w:p w14:paraId="425D7C4E" w14:textId="0EF37D60" w:rsidR="00F64A45" w:rsidRPr="006E6C65" w:rsidRDefault="00F64A45">
      <w:pPr>
        <w:rPr>
          <w:color w:val="000000" w:themeColor="text1"/>
        </w:rPr>
      </w:pPr>
      <w:r>
        <w:rPr>
          <w:color w:val="000000" w:themeColor="text1"/>
        </w:rPr>
        <w:t>_____________________________________________________________________________________________________________</w:t>
      </w:r>
    </w:p>
    <w:p w14:paraId="61E8DA12" w14:textId="27F31677" w:rsidR="001A06E2" w:rsidRPr="006E6C65" w:rsidRDefault="007D715E">
      <w:pPr>
        <w:rPr>
          <w:color w:val="000000" w:themeColor="text1"/>
        </w:rPr>
      </w:pPr>
      <w:r w:rsidRPr="006E6C65">
        <w:rPr>
          <w:color w:val="000000" w:themeColor="text1"/>
        </w:rPr>
        <w:t>One question I still have: ______________________________________________________</w:t>
      </w:r>
      <w:r w:rsidR="00F64A45">
        <w:rPr>
          <w:color w:val="000000" w:themeColor="text1"/>
        </w:rPr>
        <w:t>________________________________</w:t>
      </w:r>
    </w:p>
    <w:p w14:paraId="3D02CC51" w14:textId="72BFA572" w:rsidR="001A06E2" w:rsidRPr="006E6C65" w:rsidRDefault="007D715E">
      <w:pPr>
        <w:pStyle w:val="Heading2"/>
        <w:rPr>
          <w:color w:val="000000" w:themeColor="text1"/>
        </w:rPr>
      </w:pPr>
      <w:r w:rsidRPr="006E6C65">
        <w:rPr>
          <w:color w:val="000000" w:themeColor="text1"/>
        </w:rPr>
        <w:t xml:space="preserve">CHALLENGE 3 | Caring for </w:t>
      </w:r>
      <w:r w:rsidR="00DF03A1">
        <w:rPr>
          <w:color w:val="000000" w:themeColor="text1"/>
        </w:rPr>
        <w:t>A</w:t>
      </w:r>
      <w:r w:rsidRPr="006E6C65">
        <w:rPr>
          <w:color w:val="000000" w:themeColor="text1"/>
        </w:rPr>
        <w:t xml:space="preserve">nimals, </w:t>
      </w:r>
      <w:r w:rsidR="00DF03A1">
        <w:rPr>
          <w:color w:val="000000" w:themeColor="text1"/>
        </w:rPr>
        <w:t>L</w:t>
      </w:r>
      <w:r w:rsidRPr="006E6C65">
        <w:rPr>
          <w:color w:val="000000" w:themeColor="text1"/>
        </w:rPr>
        <w:t xml:space="preserve">and or </w:t>
      </w:r>
      <w:r w:rsidR="00DF03A1">
        <w:rPr>
          <w:color w:val="000000" w:themeColor="text1"/>
        </w:rPr>
        <w:t>W</w:t>
      </w:r>
      <w:r w:rsidRPr="006E6C65">
        <w:rPr>
          <w:color w:val="000000" w:themeColor="text1"/>
        </w:rPr>
        <w:t>ater</w:t>
      </w:r>
    </w:p>
    <w:p w14:paraId="2F6508DB" w14:textId="77777777" w:rsidR="001A06E2" w:rsidRPr="006E6C65" w:rsidRDefault="007D715E">
      <w:pPr>
        <w:rPr>
          <w:color w:val="000000" w:themeColor="text1"/>
        </w:rPr>
      </w:pPr>
      <w:r w:rsidRPr="006E6C65">
        <w:rPr>
          <w:color w:val="000000" w:themeColor="text1"/>
        </w:rPr>
        <w:t>Find an example of work that supports animal welfare, soil health, water quality, biodiversity or responsible resource use.</w:t>
      </w:r>
    </w:p>
    <w:p w14:paraId="521193B2" w14:textId="4692DF00" w:rsidR="001A06E2" w:rsidRPr="006E6C65" w:rsidRDefault="007D715E">
      <w:pPr>
        <w:rPr>
          <w:color w:val="000000" w:themeColor="text1"/>
        </w:rPr>
      </w:pPr>
      <w:r w:rsidRPr="006E6C65">
        <w:rPr>
          <w:color w:val="000000" w:themeColor="text1"/>
        </w:rPr>
        <w:t>Example I found: ______________________________________________________________</w:t>
      </w:r>
      <w:r w:rsidR="006F141A">
        <w:rPr>
          <w:color w:val="000000" w:themeColor="text1"/>
        </w:rPr>
        <w:t>_______________________________</w:t>
      </w:r>
    </w:p>
    <w:p w14:paraId="075C0137" w14:textId="69F2FEC2" w:rsidR="001A06E2" w:rsidRDefault="007D715E">
      <w:pPr>
        <w:rPr>
          <w:color w:val="000000" w:themeColor="text1"/>
        </w:rPr>
      </w:pPr>
      <w:r w:rsidRPr="006E6C65">
        <w:rPr>
          <w:color w:val="000000" w:themeColor="text1"/>
        </w:rPr>
        <w:t>What positive difference could it make? _________________________________________</w:t>
      </w:r>
      <w:r w:rsidR="006F141A">
        <w:rPr>
          <w:color w:val="000000" w:themeColor="text1"/>
        </w:rPr>
        <w:t>_______________________________</w:t>
      </w:r>
    </w:p>
    <w:p w14:paraId="4BBC074D" w14:textId="62D3AE30" w:rsidR="006F141A" w:rsidRPr="006E6C65" w:rsidRDefault="006F141A">
      <w:pPr>
        <w:rPr>
          <w:color w:val="000000" w:themeColor="text1"/>
        </w:rPr>
      </w:pPr>
      <w:r>
        <w:rPr>
          <w:color w:val="000000" w:themeColor="text1"/>
        </w:rPr>
        <w:t>_____________________________________________________________________________________________________________</w:t>
      </w:r>
    </w:p>
    <w:p w14:paraId="6FA73D85" w14:textId="37AAD227" w:rsidR="001A06E2" w:rsidRDefault="007D715E">
      <w:pPr>
        <w:rPr>
          <w:color w:val="000000" w:themeColor="text1"/>
        </w:rPr>
      </w:pPr>
      <w:r w:rsidRPr="006E6C65">
        <w:rPr>
          <w:color w:val="000000" w:themeColor="text1"/>
        </w:rPr>
        <w:t>What evidence or information would help me assess its impact? _____________________</w:t>
      </w:r>
      <w:r w:rsidR="006F141A">
        <w:rPr>
          <w:color w:val="000000" w:themeColor="text1"/>
        </w:rPr>
        <w:t>____________________________</w:t>
      </w:r>
    </w:p>
    <w:p w14:paraId="3669F60A" w14:textId="4A3B58D7" w:rsidR="006F141A" w:rsidRPr="006E6C65" w:rsidRDefault="006F141A">
      <w:pPr>
        <w:rPr>
          <w:color w:val="000000" w:themeColor="text1"/>
        </w:rPr>
      </w:pPr>
      <w:r>
        <w:rPr>
          <w:color w:val="000000" w:themeColor="text1"/>
        </w:rPr>
        <w:t>_____________________________________________________________________________________________________________</w:t>
      </w:r>
    </w:p>
    <w:p w14:paraId="7DF00D66" w14:textId="560A9B44" w:rsidR="001A06E2" w:rsidRPr="006E6C65" w:rsidRDefault="007D715E">
      <w:pPr>
        <w:pStyle w:val="Heading2"/>
        <w:rPr>
          <w:color w:val="000000" w:themeColor="text1"/>
        </w:rPr>
      </w:pPr>
      <w:r w:rsidRPr="006E6C65">
        <w:rPr>
          <w:color w:val="000000" w:themeColor="text1"/>
        </w:rPr>
        <w:t xml:space="preserve">CHALLENGE 4 | From </w:t>
      </w:r>
      <w:r w:rsidR="00C55ABB">
        <w:rPr>
          <w:color w:val="000000" w:themeColor="text1"/>
        </w:rPr>
        <w:t>F</w:t>
      </w:r>
      <w:r w:rsidRPr="006E6C65">
        <w:rPr>
          <w:color w:val="000000" w:themeColor="text1"/>
        </w:rPr>
        <w:t xml:space="preserve">arm to </w:t>
      </w:r>
      <w:r w:rsidR="00C55ABB">
        <w:rPr>
          <w:color w:val="000000" w:themeColor="text1"/>
        </w:rPr>
        <w:t>C</w:t>
      </w:r>
      <w:r w:rsidRPr="006E6C65">
        <w:rPr>
          <w:color w:val="000000" w:themeColor="text1"/>
        </w:rPr>
        <w:t>onsumer</w:t>
      </w:r>
    </w:p>
    <w:p w14:paraId="7D3F0C72" w14:textId="77777777" w:rsidR="001A06E2" w:rsidRPr="006E6C65" w:rsidRDefault="007D715E">
      <w:pPr>
        <w:rPr>
          <w:color w:val="000000" w:themeColor="text1"/>
        </w:rPr>
      </w:pPr>
      <w:r w:rsidRPr="006E6C65">
        <w:rPr>
          <w:color w:val="000000" w:themeColor="text1"/>
        </w:rPr>
        <w:t>Choose a food or fibre product. Map some of the people, businesses and processes involved in getting it to the customer.</w:t>
      </w:r>
    </w:p>
    <w:p w14:paraId="76CD5E22" w14:textId="77777777" w:rsidR="001A06E2" w:rsidRPr="006E6C65" w:rsidRDefault="007D715E">
      <w:pPr>
        <w:rPr>
          <w:color w:val="000000" w:themeColor="text1"/>
        </w:rPr>
      </w:pPr>
      <w:r w:rsidRPr="006E6C65">
        <w:rPr>
          <w:color w:val="000000" w:themeColor="text1"/>
        </w:rPr>
        <w:t>Product: _____________________________________________________________________</w:t>
      </w:r>
    </w:p>
    <w:p w14:paraId="3FA12DC5" w14:textId="43BF54A8" w:rsidR="001A06E2" w:rsidRPr="006E6C65" w:rsidRDefault="007D715E">
      <w:pPr>
        <w:rPr>
          <w:color w:val="000000" w:themeColor="text1"/>
        </w:rPr>
      </w:pPr>
      <w:r w:rsidRPr="006E6C65">
        <w:rPr>
          <w:color w:val="000000" w:themeColor="text1"/>
        </w:rPr>
        <w:t>People / roles involved (list as many as you can): _________________________________</w:t>
      </w:r>
      <w:r w:rsidR="00C55ABB">
        <w:rPr>
          <w:color w:val="000000" w:themeColor="text1"/>
        </w:rPr>
        <w:t>_______________________________</w:t>
      </w:r>
    </w:p>
    <w:p w14:paraId="2565BC4E" w14:textId="374F37E7" w:rsidR="001A06E2" w:rsidRPr="006E6C65" w:rsidRDefault="007D715E">
      <w:pPr>
        <w:rPr>
          <w:color w:val="000000" w:themeColor="text1"/>
        </w:rPr>
      </w:pPr>
      <w:r w:rsidRPr="006E6C65">
        <w:rPr>
          <w:color w:val="000000" w:themeColor="text1"/>
        </w:rPr>
        <w:t>____________________________________________________________________________</w:t>
      </w:r>
      <w:r w:rsidR="00C55ABB">
        <w:rPr>
          <w:color w:val="000000" w:themeColor="text1"/>
        </w:rPr>
        <w:t>______________________________________________________________________________________________________________________________________________</w:t>
      </w:r>
    </w:p>
    <w:p w14:paraId="4AF5B8BA" w14:textId="2D0B1F5D" w:rsidR="001A06E2" w:rsidRDefault="007D715E">
      <w:pPr>
        <w:rPr>
          <w:color w:val="000000" w:themeColor="text1"/>
        </w:rPr>
      </w:pPr>
      <w:r w:rsidRPr="006E6C65">
        <w:rPr>
          <w:color w:val="000000" w:themeColor="text1"/>
        </w:rPr>
        <w:t>One stage that surprised me: ___________________________________________________</w:t>
      </w:r>
      <w:r w:rsidR="00C55ABB">
        <w:rPr>
          <w:color w:val="000000" w:themeColor="text1"/>
        </w:rPr>
        <w:t>_______________________________</w:t>
      </w:r>
    </w:p>
    <w:p w14:paraId="229EE470" w14:textId="4F748EF8" w:rsidR="00C55ABB" w:rsidRPr="006E6C65" w:rsidRDefault="00C55ABB">
      <w:pPr>
        <w:rPr>
          <w:color w:val="000000" w:themeColor="text1"/>
        </w:rPr>
      </w:pPr>
      <w:r>
        <w:rPr>
          <w:color w:val="000000" w:themeColor="text1"/>
        </w:rPr>
        <w:t>_____________________________________________________________________________________________________________</w:t>
      </w:r>
    </w:p>
    <w:p w14:paraId="4FBCA0D8" w14:textId="61CBFC61" w:rsidR="001A06E2" w:rsidRPr="006E6C65" w:rsidRDefault="007D715E">
      <w:pPr>
        <w:pStyle w:val="Heading2"/>
        <w:rPr>
          <w:color w:val="000000" w:themeColor="text1"/>
        </w:rPr>
      </w:pPr>
      <w:r w:rsidRPr="006E6C65">
        <w:rPr>
          <w:color w:val="000000" w:themeColor="text1"/>
        </w:rPr>
        <w:lastRenderedPageBreak/>
        <w:t xml:space="preserve">CHALLENGE 5 | Follow the </w:t>
      </w:r>
      <w:r w:rsidR="00C55ABB">
        <w:rPr>
          <w:color w:val="000000" w:themeColor="text1"/>
        </w:rPr>
        <w:t>M</w:t>
      </w:r>
      <w:r w:rsidRPr="006E6C65">
        <w:rPr>
          <w:color w:val="000000" w:themeColor="text1"/>
        </w:rPr>
        <w:t>oney</w:t>
      </w:r>
    </w:p>
    <w:p w14:paraId="1273602E" w14:textId="77777777" w:rsidR="001A06E2" w:rsidRPr="006E6C65" w:rsidRDefault="007D715E">
      <w:pPr>
        <w:rPr>
          <w:color w:val="000000" w:themeColor="text1"/>
        </w:rPr>
      </w:pPr>
      <w:r w:rsidRPr="006E6C65">
        <w:rPr>
          <w:color w:val="000000" w:themeColor="text1"/>
        </w:rPr>
        <w:t>Find a business or organisation that supports farmers, growers or producers. What service does it provide, and how might that service affect a farm business?</w:t>
      </w:r>
    </w:p>
    <w:p w14:paraId="6F3D72CA" w14:textId="56006EB2" w:rsidR="001A06E2" w:rsidRPr="006E6C65" w:rsidRDefault="007D715E">
      <w:pPr>
        <w:rPr>
          <w:color w:val="000000" w:themeColor="text1"/>
        </w:rPr>
      </w:pPr>
      <w:r w:rsidRPr="006E6C65">
        <w:rPr>
          <w:color w:val="000000" w:themeColor="text1"/>
        </w:rPr>
        <w:t>Business / organisation: _______________________________________________________</w:t>
      </w:r>
      <w:r w:rsidR="003108A4">
        <w:rPr>
          <w:color w:val="000000" w:themeColor="text1"/>
        </w:rPr>
        <w:t>_______________________________</w:t>
      </w:r>
    </w:p>
    <w:p w14:paraId="2369A46C" w14:textId="679FA9FA" w:rsidR="001A06E2" w:rsidRDefault="007D715E">
      <w:pPr>
        <w:rPr>
          <w:color w:val="000000" w:themeColor="text1"/>
        </w:rPr>
      </w:pPr>
      <w:r w:rsidRPr="006E6C65">
        <w:rPr>
          <w:color w:val="000000" w:themeColor="text1"/>
        </w:rPr>
        <w:t>Service or product: ____________________________________________________________</w:t>
      </w:r>
      <w:r w:rsidR="00CD53A6">
        <w:rPr>
          <w:color w:val="000000" w:themeColor="text1"/>
        </w:rPr>
        <w:t>_______________________________</w:t>
      </w:r>
    </w:p>
    <w:p w14:paraId="4BDD52FB" w14:textId="5A7CF4D8" w:rsidR="00CD53A6" w:rsidRPr="006E6C65" w:rsidRDefault="00CD53A6">
      <w:pPr>
        <w:rPr>
          <w:color w:val="000000" w:themeColor="text1"/>
        </w:rPr>
      </w:pPr>
      <w:r>
        <w:rPr>
          <w:color w:val="000000" w:themeColor="text1"/>
        </w:rPr>
        <w:t>_____________________________________________________________________________________________________________</w:t>
      </w:r>
    </w:p>
    <w:p w14:paraId="26D59296" w14:textId="745C508B" w:rsidR="001A06E2" w:rsidRDefault="007D715E">
      <w:pPr>
        <w:rPr>
          <w:color w:val="000000" w:themeColor="text1"/>
        </w:rPr>
      </w:pPr>
      <w:r w:rsidRPr="006E6C65">
        <w:rPr>
          <w:color w:val="000000" w:themeColor="text1"/>
        </w:rPr>
        <w:t>How it may support a farm business: _____________________________________________</w:t>
      </w:r>
      <w:r w:rsidR="00CD53A6">
        <w:rPr>
          <w:color w:val="000000" w:themeColor="text1"/>
        </w:rPr>
        <w:t>_____________________________</w:t>
      </w:r>
    </w:p>
    <w:p w14:paraId="2CC5779C" w14:textId="048A91D5" w:rsidR="00CD53A6" w:rsidRPr="006E6C65" w:rsidRDefault="00CD53A6">
      <w:pPr>
        <w:rPr>
          <w:color w:val="000000" w:themeColor="text1"/>
        </w:rPr>
      </w:pPr>
      <w:r>
        <w:rPr>
          <w:color w:val="000000" w:themeColor="text1"/>
        </w:rPr>
        <w:t>_____________________________________________________________________________________________________________</w:t>
      </w:r>
    </w:p>
    <w:p w14:paraId="6A6545AD" w14:textId="77777777" w:rsidR="001A06E2" w:rsidRPr="006E6C65" w:rsidRDefault="007D715E">
      <w:pPr>
        <w:pStyle w:val="Heading2"/>
        <w:rPr>
          <w:color w:val="000000" w:themeColor="text1"/>
        </w:rPr>
      </w:pPr>
      <w:r w:rsidRPr="006E6C65">
        <w:rPr>
          <w:color w:val="000000" w:themeColor="text1"/>
        </w:rPr>
        <w:t>CHALLENGE 6 | Career conversation</w:t>
      </w:r>
    </w:p>
    <w:p w14:paraId="4A2EFF19" w14:textId="77777777" w:rsidR="001A06E2" w:rsidRDefault="007D715E">
      <w:pPr>
        <w:rPr>
          <w:color w:val="000000" w:themeColor="text1"/>
        </w:rPr>
      </w:pPr>
      <w:r w:rsidRPr="006E6C65">
        <w:rPr>
          <w:color w:val="000000" w:themeColor="text1"/>
        </w:rPr>
        <w:t>Talk to someone working in the sector. Record their role and one thing you learned about getting started.</w:t>
      </w:r>
    </w:p>
    <w:p w14:paraId="07FD4896" w14:textId="4F667A42" w:rsidR="001A06E2" w:rsidRDefault="007D715E">
      <w:pPr>
        <w:rPr>
          <w:color w:val="000000" w:themeColor="text1"/>
        </w:rPr>
      </w:pPr>
      <w:r w:rsidRPr="006E6C65">
        <w:rPr>
          <w:color w:val="000000" w:themeColor="text1"/>
        </w:rPr>
        <w:t>Person’s role (name optional): __________________________________________________</w:t>
      </w:r>
      <w:r w:rsidR="003108A4">
        <w:rPr>
          <w:color w:val="000000" w:themeColor="text1"/>
        </w:rPr>
        <w:t>______________________________</w:t>
      </w:r>
    </w:p>
    <w:p w14:paraId="1AD6688E" w14:textId="2FDED547" w:rsidR="001A06E2" w:rsidRPr="006E6C65" w:rsidRDefault="007D715E">
      <w:pPr>
        <w:rPr>
          <w:color w:val="000000" w:themeColor="text1"/>
        </w:rPr>
      </w:pPr>
      <w:r w:rsidRPr="006E6C65">
        <w:rPr>
          <w:color w:val="000000" w:themeColor="text1"/>
        </w:rPr>
        <w:t>A skill they use: ______________________________________________________________</w:t>
      </w:r>
      <w:r w:rsidR="003108A4">
        <w:rPr>
          <w:color w:val="000000" w:themeColor="text1"/>
        </w:rPr>
        <w:t>________________________________</w:t>
      </w:r>
    </w:p>
    <w:p w14:paraId="2E75BCB2" w14:textId="6EAF9109" w:rsidR="001A06E2" w:rsidRDefault="007D715E">
      <w:pPr>
        <w:rPr>
          <w:color w:val="000000" w:themeColor="text1"/>
        </w:rPr>
      </w:pPr>
      <w:r w:rsidRPr="006E6C65">
        <w:rPr>
          <w:color w:val="000000" w:themeColor="text1"/>
        </w:rPr>
        <w:t>A pathway, qualification or experience they mentioned: ____________________________</w:t>
      </w:r>
      <w:r w:rsidR="003108A4">
        <w:rPr>
          <w:color w:val="000000" w:themeColor="text1"/>
        </w:rPr>
        <w:t>_____________________________</w:t>
      </w:r>
    </w:p>
    <w:p w14:paraId="505664FB" w14:textId="7E161AEA" w:rsidR="00C03663" w:rsidRPr="006E6C65" w:rsidRDefault="00C03663">
      <w:pPr>
        <w:rPr>
          <w:color w:val="000000" w:themeColor="text1"/>
        </w:rPr>
      </w:pPr>
      <w:r>
        <w:rPr>
          <w:color w:val="000000" w:themeColor="text1"/>
        </w:rPr>
        <w:t>_____________________________________________________________________________________________________________</w:t>
      </w:r>
    </w:p>
    <w:p w14:paraId="75D4B979" w14:textId="48019626" w:rsidR="001A06E2" w:rsidRDefault="007D715E">
      <w:pPr>
        <w:rPr>
          <w:color w:val="000000" w:themeColor="text1"/>
        </w:rPr>
      </w:pPr>
      <w:r w:rsidRPr="006E6C65">
        <w:rPr>
          <w:color w:val="000000" w:themeColor="text1"/>
        </w:rPr>
        <w:t>Best piece of advice they gave me: ______________________________________________</w:t>
      </w:r>
      <w:r w:rsidR="00C03663">
        <w:rPr>
          <w:color w:val="000000" w:themeColor="text1"/>
        </w:rPr>
        <w:t>_______________________________</w:t>
      </w:r>
    </w:p>
    <w:p w14:paraId="537A8E57" w14:textId="2EC50B86" w:rsidR="00C03663" w:rsidRPr="006E6C65" w:rsidRDefault="00C03663">
      <w:pPr>
        <w:rPr>
          <w:color w:val="000000" w:themeColor="text1"/>
        </w:rPr>
      </w:pPr>
      <w:r>
        <w:rPr>
          <w:color w:val="000000" w:themeColor="text1"/>
        </w:rPr>
        <w:t>_____________________________________________________________________________________________________________</w:t>
      </w:r>
    </w:p>
    <w:p w14:paraId="7CDC5BBA" w14:textId="3DE81903" w:rsidR="001A06E2" w:rsidRPr="006E6C65" w:rsidRDefault="007D715E">
      <w:pPr>
        <w:pStyle w:val="Heading2"/>
        <w:rPr>
          <w:color w:val="000000" w:themeColor="text1"/>
        </w:rPr>
      </w:pPr>
      <w:r w:rsidRPr="006E6C65">
        <w:rPr>
          <w:color w:val="000000" w:themeColor="text1"/>
        </w:rPr>
        <w:t xml:space="preserve">CHALLENGE 7 | Investigate </w:t>
      </w:r>
      <w:proofErr w:type="gramStart"/>
      <w:r w:rsidRPr="006E6C65">
        <w:rPr>
          <w:color w:val="000000" w:themeColor="text1"/>
        </w:rPr>
        <w:t xml:space="preserve">the </w:t>
      </w:r>
      <w:r w:rsidR="00CD53A6">
        <w:rPr>
          <w:color w:val="000000" w:themeColor="text1"/>
        </w:rPr>
        <w:t>E</w:t>
      </w:r>
      <w:r w:rsidRPr="006E6C65">
        <w:rPr>
          <w:color w:val="000000" w:themeColor="text1"/>
        </w:rPr>
        <w:t>vidence</w:t>
      </w:r>
      <w:proofErr w:type="gramEnd"/>
    </w:p>
    <w:p w14:paraId="2CB7E9AE" w14:textId="77777777" w:rsidR="001A06E2" w:rsidRPr="006E6C65" w:rsidRDefault="007D715E">
      <w:pPr>
        <w:rPr>
          <w:color w:val="000000" w:themeColor="text1"/>
        </w:rPr>
      </w:pPr>
      <w:r w:rsidRPr="006E6C65">
        <w:rPr>
          <w:color w:val="000000" w:themeColor="text1"/>
        </w:rPr>
        <w:t xml:space="preserve">Find </w:t>
      </w:r>
      <w:proofErr w:type="gramStart"/>
      <w:r w:rsidRPr="006E6C65">
        <w:rPr>
          <w:color w:val="000000" w:themeColor="text1"/>
        </w:rPr>
        <w:t>a fact</w:t>
      </w:r>
      <w:proofErr w:type="gramEnd"/>
      <w:r w:rsidRPr="006E6C65">
        <w:rPr>
          <w:color w:val="000000" w:themeColor="text1"/>
        </w:rPr>
        <w:t xml:space="preserve">, </w:t>
      </w:r>
      <w:proofErr w:type="gramStart"/>
      <w:r w:rsidRPr="006E6C65">
        <w:rPr>
          <w:color w:val="000000" w:themeColor="text1"/>
        </w:rPr>
        <w:t>statistic</w:t>
      </w:r>
      <w:proofErr w:type="gramEnd"/>
      <w:r w:rsidRPr="006E6C65">
        <w:rPr>
          <w:color w:val="000000" w:themeColor="text1"/>
        </w:rPr>
        <w:t xml:space="preserve">, </w:t>
      </w:r>
      <w:proofErr w:type="gramStart"/>
      <w:r w:rsidRPr="006E6C65">
        <w:rPr>
          <w:color w:val="000000" w:themeColor="text1"/>
        </w:rPr>
        <w:t>claim</w:t>
      </w:r>
      <w:proofErr w:type="gramEnd"/>
      <w:r w:rsidRPr="006E6C65">
        <w:rPr>
          <w:color w:val="000000" w:themeColor="text1"/>
        </w:rPr>
        <w:t xml:space="preserve"> or data </w:t>
      </w:r>
      <w:proofErr w:type="gramStart"/>
      <w:r w:rsidRPr="006E6C65">
        <w:rPr>
          <w:color w:val="000000" w:themeColor="text1"/>
        </w:rPr>
        <w:t>display</w:t>
      </w:r>
      <w:proofErr w:type="gramEnd"/>
      <w:r w:rsidRPr="006E6C65">
        <w:rPr>
          <w:color w:val="000000" w:themeColor="text1"/>
        </w:rPr>
        <w:t>. Record it and ask what it means. Consider where the information came from and what it tells you.</w:t>
      </w:r>
    </w:p>
    <w:p w14:paraId="268C7C79" w14:textId="3B313628" w:rsidR="001A06E2" w:rsidRDefault="007D715E">
      <w:pPr>
        <w:rPr>
          <w:color w:val="000000" w:themeColor="text1"/>
        </w:rPr>
      </w:pPr>
      <w:r w:rsidRPr="006E6C65">
        <w:rPr>
          <w:color w:val="000000" w:themeColor="text1"/>
        </w:rPr>
        <w:t>Fact / claim: _________________________________________________________________</w:t>
      </w:r>
      <w:r w:rsidR="00811961">
        <w:rPr>
          <w:color w:val="000000" w:themeColor="text1"/>
        </w:rPr>
        <w:t>________________________________</w:t>
      </w:r>
    </w:p>
    <w:p w14:paraId="5759771A" w14:textId="53CE5F9D" w:rsidR="00811961" w:rsidRPr="006E6C65" w:rsidRDefault="00811961">
      <w:pPr>
        <w:rPr>
          <w:color w:val="000000" w:themeColor="text1"/>
        </w:rPr>
      </w:pPr>
      <w:r>
        <w:rPr>
          <w:color w:val="000000" w:themeColor="text1"/>
        </w:rPr>
        <w:t>_____________________________________________________________________________________________________________</w:t>
      </w:r>
    </w:p>
    <w:p w14:paraId="768FF3A3" w14:textId="77777777" w:rsidR="001A06E2" w:rsidRPr="006E6C65" w:rsidRDefault="007D715E">
      <w:pPr>
        <w:rPr>
          <w:color w:val="000000" w:themeColor="text1"/>
        </w:rPr>
      </w:pPr>
      <w:r w:rsidRPr="006E6C65">
        <w:rPr>
          <w:color w:val="000000" w:themeColor="text1"/>
        </w:rPr>
        <w:t>Source: ______________________________________________________________________</w:t>
      </w:r>
    </w:p>
    <w:p w14:paraId="0B82B193" w14:textId="5647E592" w:rsidR="001A06E2" w:rsidRPr="006E6C65" w:rsidRDefault="007D715E">
      <w:pPr>
        <w:rPr>
          <w:color w:val="000000" w:themeColor="text1"/>
        </w:rPr>
      </w:pPr>
      <w:r w:rsidRPr="006E6C65">
        <w:rPr>
          <w:color w:val="000000" w:themeColor="text1"/>
        </w:rPr>
        <w:t>What I think it means: _________________________________________________________</w:t>
      </w:r>
      <w:r w:rsidR="00811961">
        <w:rPr>
          <w:color w:val="000000" w:themeColor="text1"/>
        </w:rPr>
        <w:t>_______________________________</w:t>
      </w:r>
    </w:p>
    <w:p w14:paraId="2FE30389" w14:textId="1812E3A9" w:rsidR="001A06E2" w:rsidRDefault="007D715E">
      <w:pPr>
        <w:rPr>
          <w:color w:val="000000" w:themeColor="text1"/>
        </w:rPr>
      </w:pPr>
      <w:r w:rsidRPr="006E6C65">
        <w:rPr>
          <w:color w:val="000000" w:themeColor="text1"/>
        </w:rPr>
        <w:t>What I would check before relying on it: _________________________________________</w:t>
      </w:r>
      <w:r w:rsidR="00811961">
        <w:rPr>
          <w:color w:val="000000" w:themeColor="text1"/>
        </w:rPr>
        <w:t>_______________________________</w:t>
      </w:r>
    </w:p>
    <w:p w14:paraId="555B8282" w14:textId="2B7AD3E3" w:rsidR="00811961" w:rsidRPr="006E6C65" w:rsidRDefault="00811961">
      <w:pPr>
        <w:rPr>
          <w:color w:val="000000" w:themeColor="text1"/>
        </w:rPr>
      </w:pPr>
      <w:r>
        <w:rPr>
          <w:color w:val="000000" w:themeColor="text1"/>
        </w:rPr>
        <w:t>_____________________________________________________________________________________________________________</w:t>
      </w:r>
    </w:p>
    <w:p w14:paraId="3D377E37" w14:textId="77777777" w:rsidR="001A06E2" w:rsidRDefault="007D715E">
      <w:r>
        <w:br w:type="page"/>
      </w:r>
    </w:p>
    <w:p w14:paraId="0F59A5F1" w14:textId="77777777" w:rsidR="008B7169" w:rsidRDefault="008B7169">
      <w:pPr>
        <w:pStyle w:val="Heading1"/>
        <w:rPr>
          <w:color w:val="000000" w:themeColor="text1"/>
        </w:rPr>
      </w:pPr>
    </w:p>
    <w:p w14:paraId="14F1DC53" w14:textId="17BED763" w:rsidR="001A06E2" w:rsidRPr="000E4C4C" w:rsidRDefault="007D715E" w:rsidP="008B7169">
      <w:pPr>
        <w:pStyle w:val="Heading1"/>
        <w:spacing w:before="240"/>
        <w:rPr>
          <w:color w:val="000000" w:themeColor="text1"/>
        </w:rPr>
      </w:pPr>
      <w:r w:rsidRPr="000E4C4C">
        <w:rPr>
          <w:color w:val="000000" w:themeColor="text1"/>
        </w:rPr>
        <w:t>Career reflection</w:t>
      </w:r>
    </w:p>
    <w:p w14:paraId="1D9E158D" w14:textId="77777777" w:rsidR="001A06E2" w:rsidRPr="000E4C4C" w:rsidRDefault="007D715E">
      <w:pPr>
        <w:rPr>
          <w:color w:val="000000" w:themeColor="text1"/>
        </w:rPr>
      </w:pPr>
      <w:r w:rsidRPr="000E4C4C">
        <w:rPr>
          <w:color w:val="000000" w:themeColor="text1"/>
        </w:rPr>
        <w:t>Think about the careers and businesses you explored today.</w:t>
      </w:r>
    </w:p>
    <w:p w14:paraId="54AD7AF1" w14:textId="77777777" w:rsidR="001A06E2" w:rsidRPr="000E4C4C" w:rsidRDefault="007D715E">
      <w:pPr>
        <w:rPr>
          <w:color w:val="000000" w:themeColor="text1"/>
        </w:rPr>
      </w:pPr>
      <w:r w:rsidRPr="000E4C4C">
        <w:rPr>
          <w:b/>
          <w:color w:val="000000" w:themeColor="text1"/>
        </w:rPr>
        <w:t>Which career, role or business surprised you most? Why?</w:t>
      </w:r>
    </w:p>
    <w:p w14:paraId="1E525CA6" w14:textId="3DDEE6B6" w:rsidR="001A06E2" w:rsidRPr="000E4C4C" w:rsidRDefault="007D715E">
      <w:pPr>
        <w:rPr>
          <w:color w:val="000000" w:themeColor="text1"/>
        </w:rPr>
      </w:pPr>
      <w:r w:rsidRPr="000E4C4C">
        <w:rPr>
          <w:color w:val="000000" w:themeColor="text1"/>
        </w:rPr>
        <w:t>____________________________________________________________________________</w:t>
      </w:r>
      <w:r w:rsidR="007C62D2">
        <w:rPr>
          <w:color w:val="000000" w:themeColor="text1"/>
        </w:rPr>
        <w:t>_________________________________</w:t>
      </w:r>
    </w:p>
    <w:p w14:paraId="17596C27" w14:textId="77777777" w:rsidR="007C62D2" w:rsidRPr="000E4C4C" w:rsidRDefault="007C62D2" w:rsidP="007C62D2">
      <w:pPr>
        <w:rPr>
          <w:color w:val="000000" w:themeColor="text1"/>
        </w:rPr>
      </w:pPr>
      <w:r w:rsidRPr="000E4C4C">
        <w:rPr>
          <w:color w:val="000000" w:themeColor="text1"/>
        </w:rPr>
        <w:t>____________________________________________________________________________</w:t>
      </w:r>
      <w:r>
        <w:rPr>
          <w:color w:val="000000" w:themeColor="text1"/>
        </w:rPr>
        <w:t>_________________________________</w:t>
      </w:r>
    </w:p>
    <w:p w14:paraId="4EEB4E4A" w14:textId="77777777" w:rsidR="001A06E2" w:rsidRPr="000E4C4C" w:rsidRDefault="007D715E">
      <w:pPr>
        <w:rPr>
          <w:color w:val="000000" w:themeColor="text1"/>
        </w:rPr>
      </w:pPr>
      <w:r w:rsidRPr="000E4C4C">
        <w:rPr>
          <w:b/>
          <w:color w:val="000000" w:themeColor="text1"/>
        </w:rPr>
        <w:t>Which career or area would you like to know more about?</w:t>
      </w:r>
    </w:p>
    <w:p w14:paraId="34274EAA" w14:textId="062EAC95" w:rsidR="001A06E2" w:rsidRPr="000E4C4C" w:rsidRDefault="007C62D2" w:rsidP="007C62D2">
      <w:pPr>
        <w:rPr>
          <w:color w:val="000000" w:themeColor="text1"/>
        </w:rPr>
      </w:pPr>
      <w:r w:rsidRPr="000E4C4C">
        <w:rPr>
          <w:color w:val="000000" w:themeColor="text1"/>
        </w:rPr>
        <w:t>____________________________________________________________________________</w:t>
      </w:r>
      <w:r>
        <w:rPr>
          <w:color w:val="000000" w:themeColor="text1"/>
        </w:rPr>
        <w:t>_________________________________</w:t>
      </w:r>
    </w:p>
    <w:p w14:paraId="75D77CBC" w14:textId="77777777" w:rsidR="007C62D2" w:rsidRPr="000E4C4C" w:rsidRDefault="007C62D2" w:rsidP="007C62D2">
      <w:pPr>
        <w:rPr>
          <w:color w:val="000000" w:themeColor="text1"/>
        </w:rPr>
      </w:pPr>
      <w:r w:rsidRPr="000E4C4C">
        <w:rPr>
          <w:color w:val="000000" w:themeColor="text1"/>
        </w:rPr>
        <w:t>____________________________________________________________________________</w:t>
      </w:r>
      <w:r>
        <w:rPr>
          <w:color w:val="000000" w:themeColor="text1"/>
        </w:rPr>
        <w:t>_________________________________</w:t>
      </w:r>
    </w:p>
    <w:p w14:paraId="02BDFE5C" w14:textId="77777777" w:rsidR="001A06E2" w:rsidRPr="000E4C4C" w:rsidRDefault="007D715E">
      <w:pPr>
        <w:rPr>
          <w:color w:val="000000" w:themeColor="text1"/>
        </w:rPr>
      </w:pPr>
      <w:r w:rsidRPr="000E4C4C">
        <w:rPr>
          <w:b/>
          <w:color w:val="000000" w:themeColor="text1"/>
        </w:rPr>
        <w:t>What is one qualification, experience or activity that could help you explore this career?</w:t>
      </w:r>
    </w:p>
    <w:p w14:paraId="34970B34" w14:textId="77777777" w:rsidR="007C62D2" w:rsidRPr="000E4C4C" w:rsidRDefault="007C62D2" w:rsidP="007C62D2">
      <w:pPr>
        <w:rPr>
          <w:color w:val="000000" w:themeColor="text1"/>
        </w:rPr>
      </w:pPr>
      <w:r w:rsidRPr="000E4C4C">
        <w:rPr>
          <w:color w:val="000000" w:themeColor="text1"/>
        </w:rPr>
        <w:t>____________________________________________________________________________</w:t>
      </w:r>
      <w:r>
        <w:rPr>
          <w:color w:val="000000" w:themeColor="text1"/>
        </w:rPr>
        <w:t>_________________________________</w:t>
      </w:r>
    </w:p>
    <w:p w14:paraId="2AF5FEF9" w14:textId="77777777" w:rsidR="007C62D2" w:rsidRPr="000E4C4C" w:rsidRDefault="007C62D2" w:rsidP="007C62D2">
      <w:pPr>
        <w:rPr>
          <w:color w:val="000000" w:themeColor="text1"/>
        </w:rPr>
      </w:pPr>
      <w:r w:rsidRPr="000E4C4C">
        <w:rPr>
          <w:color w:val="000000" w:themeColor="text1"/>
        </w:rPr>
        <w:t>____________________________________________________________________________</w:t>
      </w:r>
      <w:r>
        <w:rPr>
          <w:color w:val="000000" w:themeColor="text1"/>
        </w:rPr>
        <w:t>_________________________________</w:t>
      </w:r>
    </w:p>
    <w:p w14:paraId="72329458" w14:textId="77777777" w:rsidR="001A06E2" w:rsidRPr="000E4C4C" w:rsidRDefault="007D715E">
      <w:pPr>
        <w:rPr>
          <w:color w:val="000000" w:themeColor="text1"/>
        </w:rPr>
      </w:pPr>
      <w:r w:rsidRPr="000E4C4C">
        <w:rPr>
          <w:b/>
          <w:color w:val="000000" w:themeColor="text1"/>
        </w:rPr>
        <w:t>What is one action you could take in the next month?</w:t>
      </w:r>
    </w:p>
    <w:p w14:paraId="34DF5C71" w14:textId="77777777" w:rsidR="007C62D2" w:rsidRPr="000E4C4C" w:rsidRDefault="007C62D2" w:rsidP="007C62D2">
      <w:pPr>
        <w:rPr>
          <w:color w:val="000000" w:themeColor="text1"/>
        </w:rPr>
      </w:pPr>
      <w:r w:rsidRPr="000E4C4C">
        <w:rPr>
          <w:color w:val="000000" w:themeColor="text1"/>
        </w:rPr>
        <w:t>____________________________________________________________________________</w:t>
      </w:r>
      <w:r>
        <w:rPr>
          <w:color w:val="000000" w:themeColor="text1"/>
        </w:rPr>
        <w:t>_________________________________</w:t>
      </w:r>
    </w:p>
    <w:p w14:paraId="0E46F6F8" w14:textId="77777777" w:rsidR="007C62D2" w:rsidRPr="000E4C4C" w:rsidRDefault="007C62D2" w:rsidP="007C62D2">
      <w:pPr>
        <w:rPr>
          <w:color w:val="000000" w:themeColor="text1"/>
        </w:rPr>
      </w:pPr>
      <w:r w:rsidRPr="000E4C4C">
        <w:rPr>
          <w:color w:val="000000" w:themeColor="text1"/>
        </w:rPr>
        <w:t>____________________________________________________________________________</w:t>
      </w:r>
      <w:r>
        <w:rPr>
          <w:color w:val="000000" w:themeColor="text1"/>
        </w:rPr>
        <w:t>_________________________________</w:t>
      </w:r>
    </w:p>
    <w:p w14:paraId="49E370D7" w14:textId="77777777" w:rsidR="001A06E2" w:rsidRPr="000E4C4C" w:rsidRDefault="007D715E">
      <w:pPr>
        <w:pStyle w:val="Heading2"/>
        <w:rPr>
          <w:color w:val="000000" w:themeColor="text1"/>
        </w:rPr>
      </w:pPr>
      <w:r w:rsidRPr="000E4C4C">
        <w:rPr>
          <w:color w:val="000000" w:themeColor="text1"/>
        </w:rPr>
        <w:t>My 30-second career pitch</w:t>
      </w:r>
    </w:p>
    <w:p w14:paraId="356CBD4D" w14:textId="77777777" w:rsidR="001A06E2" w:rsidRPr="000E4C4C" w:rsidRDefault="007D715E">
      <w:pPr>
        <w:rPr>
          <w:color w:val="000000" w:themeColor="text1"/>
        </w:rPr>
      </w:pPr>
      <w:r w:rsidRPr="000E4C4C">
        <w:rPr>
          <w:color w:val="000000" w:themeColor="text1"/>
        </w:rPr>
        <w:t>“I’m interested in ______________________________ because __________________________.</w:t>
      </w:r>
    </w:p>
    <w:p w14:paraId="27A6FA9B" w14:textId="77777777" w:rsidR="001A06E2" w:rsidRPr="000E4C4C" w:rsidRDefault="007D715E">
      <w:pPr>
        <w:rPr>
          <w:color w:val="000000" w:themeColor="text1"/>
        </w:rPr>
      </w:pPr>
      <w:r w:rsidRPr="000E4C4C">
        <w:rPr>
          <w:color w:val="000000" w:themeColor="text1"/>
        </w:rPr>
        <w:t>One strength I could bring is ______________________. A next step I could take is __________.”</w:t>
      </w:r>
    </w:p>
    <w:p w14:paraId="4BE8D8A9" w14:textId="77777777" w:rsidR="001A06E2" w:rsidRPr="000E4C4C" w:rsidRDefault="007D715E">
      <w:pPr>
        <w:pStyle w:val="Heading2"/>
        <w:rPr>
          <w:color w:val="000000" w:themeColor="text1"/>
        </w:rPr>
      </w:pPr>
      <w:r w:rsidRPr="000E4C4C">
        <w:rPr>
          <w:color w:val="000000" w:themeColor="text1"/>
        </w:rPr>
        <w:t>Team debrief</w:t>
      </w:r>
    </w:p>
    <w:p w14:paraId="3ECCA8C1" w14:textId="77777777" w:rsidR="001A06E2" w:rsidRPr="000E4C4C" w:rsidRDefault="007D715E">
      <w:pPr>
        <w:rPr>
          <w:color w:val="000000" w:themeColor="text1"/>
        </w:rPr>
      </w:pPr>
      <w:r w:rsidRPr="000E4C4C">
        <w:rPr>
          <w:b/>
          <w:color w:val="000000" w:themeColor="text1"/>
        </w:rPr>
        <w:t>One thing we learned that we did not know before:</w:t>
      </w:r>
    </w:p>
    <w:p w14:paraId="78FF8CD6" w14:textId="77777777" w:rsidR="008B7169" w:rsidRPr="000E4C4C" w:rsidRDefault="008B7169" w:rsidP="008B7169">
      <w:pPr>
        <w:rPr>
          <w:color w:val="000000" w:themeColor="text1"/>
        </w:rPr>
      </w:pPr>
      <w:r w:rsidRPr="000E4C4C">
        <w:rPr>
          <w:color w:val="000000" w:themeColor="text1"/>
        </w:rPr>
        <w:t>____________________________________________________________________________</w:t>
      </w:r>
      <w:r>
        <w:rPr>
          <w:color w:val="000000" w:themeColor="text1"/>
        </w:rPr>
        <w:t>_________________________________</w:t>
      </w:r>
    </w:p>
    <w:p w14:paraId="6D3105D8" w14:textId="77777777" w:rsidR="001A06E2" w:rsidRPr="000E4C4C" w:rsidRDefault="007D715E">
      <w:pPr>
        <w:rPr>
          <w:color w:val="000000" w:themeColor="text1"/>
        </w:rPr>
      </w:pPr>
      <w:r w:rsidRPr="000E4C4C">
        <w:rPr>
          <w:b/>
          <w:color w:val="000000" w:themeColor="text1"/>
        </w:rPr>
        <w:t>One problem in the sector that people are working to solve:</w:t>
      </w:r>
    </w:p>
    <w:p w14:paraId="1C617095" w14:textId="77777777" w:rsidR="008B7169" w:rsidRPr="000E4C4C" w:rsidRDefault="008B7169" w:rsidP="008B7169">
      <w:pPr>
        <w:rPr>
          <w:color w:val="000000" w:themeColor="text1"/>
        </w:rPr>
      </w:pPr>
      <w:r w:rsidRPr="000E4C4C">
        <w:rPr>
          <w:color w:val="000000" w:themeColor="text1"/>
        </w:rPr>
        <w:t>____________________________________________________________________________</w:t>
      </w:r>
      <w:r>
        <w:rPr>
          <w:color w:val="000000" w:themeColor="text1"/>
        </w:rPr>
        <w:t>_________________________________</w:t>
      </w:r>
    </w:p>
    <w:p w14:paraId="58E9E319" w14:textId="77777777" w:rsidR="001A06E2" w:rsidRPr="000E4C4C" w:rsidRDefault="007D715E">
      <w:pPr>
        <w:rPr>
          <w:color w:val="000000" w:themeColor="text1"/>
        </w:rPr>
      </w:pPr>
      <w:r w:rsidRPr="000E4C4C">
        <w:rPr>
          <w:b/>
          <w:color w:val="000000" w:themeColor="text1"/>
        </w:rPr>
        <w:t>One innovation or idea we want to investigate further:</w:t>
      </w:r>
    </w:p>
    <w:p w14:paraId="72FBFD3D" w14:textId="77777777" w:rsidR="008B7169" w:rsidRPr="000E4C4C" w:rsidRDefault="008B7169" w:rsidP="008B7169">
      <w:pPr>
        <w:rPr>
          <w:color w:val="000000" w:themeColor="text1"/>
        </w:rPr>
      </w:pPr>
      <w:r w:rsidRPr="000E4C4C">
        <w:rPr>
          <w:color w:val="000000" w:themeColor="text1"/>
        </w:rPr>
        <w:t>____________________________________________________________________________</w:t>
      </w:r>
      <w:r>
        <w:rPr>
          <w:color w:val="000000" w:themeColor="text1"/>
        </w:rPr>
        <w:t>_________________________________</w:t>
      </w:r>
    </w:p>
    <w:p w14:paraId="43519C41" w14:textId="77777777" w:rsidR="001A06E2" w:rsidRPr="000E4C4C" w:rsidRDefault="007D715E">
      <w:pPr>
        <w:rPr>
          <w:color w:val="000000" w:themeColor="text1"/>
        </w:rPr>
      </w:pPr>
      <w:r w:rsidRPr="000E4C4C">
        <w:rPr>
          <w:b/>
          <w:color w:val="000000" w:themeColor="text1"/>
        </w:rPr>
        <w:t>One question we would ask an industry expert if we had another five minutes:</w:t>
      </w:r>
    </w:p>
    <w:p w14:paraId="574B35CF" w14:textId="77777777" w:rsidR="008B7169" w:rsidRPr="000E4C4C" w:rsidRDefault="008B7169" w:rsidP="008B7169">
      <w:pPr>
        <w:rPr>
          <w:color w:val="000000" w:themeColor="text1"/>
        </w:rPr>
      </w:pPr>
      <w:r w:rsidRPr="000E4C4C">
        <w:rPr>
          <w:color w:val="000000" w:themeColor="text1"/>
        </w:rPr>
        <w:t>____________________________________________________________________________</w:t>
      </w:r>
      <w:r>
        <w:rPr>
          <w:color w:val="000000" w:themeColor="text1"/>
        </w:rPr>
        <w:t>_________________________________</w:t>
      </w:r>
    </w:p>
    <w:p w14:paraId="4DB45706" w14:textId="77777777" w:rsidR="001A06E2" w:rsidRPr="000E4C4C" w:rsidRDefault="007D715E">
      <w:pPr>
        <w:rPr>
          <w:color w:val="000000" w:themeColor="text1"/>
        </w:rPr>
      </w:pPr>
      <w:r w:rsidRPr="000E4C4C">
        <w:rPr>
          <w:color w:val="000000" w:themeColor="text1"/>
        </w:rPr>
        <w:br w:type="page"/>
      </w:r>
    </w:p>
    <w:p w14:paraId="114E5BD4" w14:textId="77777777" w:rsidR="008B7169" w:rsidRDefault="008B7169" w:rsidP="008B7169">
      <w:pPr>
        <w:pStyle w:val="Heading1"/>
        <w:spacing w:before="240"/>
        <w:rPr>
          <w:color w:val="000000" w:themeColor="text1"/>
        </w:rPr>
      </w:pPr>
    </w:p>
    <w:p w14:paraId="1A7B703A" w14:textId="4F8DE31B" w:rsidR="001A06E2" w:rsidRPr="000E4C4C" w:rsidRDefault="007D715E" w:rsidP="008B7169">
      <w:pPr>
        <w:pStyle w:val="Heading1"/>
        <w:spacing w:before="240"/>
        <w:rPr>
          <w:color w:val="000000" w:themeColor="text1"/>
        </w:rPr>
      </w:pPr>
      <w:r w:rsidRPr="000E4C4C">
        <w:rPr>
          <w:color w:val="000000" w:themeColor="text1"/>
        </w:rPr>
        <w:t>Teacher follow-up activities</w:t>
      </w:r>
    </w:p>
    <w:p w14:paraId="0C8D1BE4" w14:textId="77777777" w:rsidR="001A06E2" w:rsidRPr="000E4C4C" w:rsidRDefault="007D715E">
      <w:pPr>
        <w:pStyle w:val="Heading2"/>
        <w:rPr>
          <w:color w:val="000000" w:themeColor="text1"/>
        </w:rPr>
      </w:pPr>
      <w:r w:rsidRPr="000E4C4C">
        <w:rPr>
          <w:color w:val="000000" w:themeColor="text1"/>
        </w:rPr>
        <w:t>Option A: Career pathway map</w:t>
      </w:r>
    </w:p>
    <w:p w14:paraId="1C73C3DC" w14:textId="77777777" w:rsidR="001A06E2" w:rsidRPr="000E4C4C" w:rsidRDefault="007D715E">
      <w:pPr>
        <w:rPr>
          <w:color w:val="000000" w:themeColor="text1"/>
        </w:rPr>
      </w:pPr>
      <w:r w:rsidRPr="000E4C4C">
        <w:rPr>
          <w:color w:val="000000" w:themeColor="text1"/>
        </w:rPr>
        <w:t>Students select one role they encountered and create a pathway map covering: typical tasks, useful skills, relevant subjects, qualifications or training, possible entry-level experience, and related roles they could progress into. Students should verify pathway information with current providers or employers.</w:t>
      </w:r>
    </w:p>
    <w:p w14:paraId="202D9415" w14:textId="77777777" w:rsidR="001A06E2" w:rsidRPr="000E4C4C" w:rsidRDefault="007D715E">
      <w:pPr>
        <w:pStyle w:val="Heading2"/>
        <w:rPr>
          <w:color w:val="000000" w:themeColor="text1"/>
        </w:rPr>
      </w:pPr>
      <w:r w:rsidRPr="000E4C4C">
        <w:rPr>
          <w:color w:val="000000" w:themeColor="text1"/>
        </w:rPr>
        <w:t>Option B: Solve a real-world challenge</w:t>
      </w:r>
    </w:p>
    <w:p w14:paraId="0F96B635" w14:textId="77777777" w:rsidR="001A06E2" w:rsidRPr="000E4C4C" w:rsidRDefault="007D715E">
      <w:pPr>
        <w:rPr>
          <w:color w:val="000000" w:themeColor="text1"/>
        </w:rPr>
      </w:pPr>
      <w:r w:rsidRPr="000E4C4C">
        <w:rPr>
          <w:color w:val="000000" w:themeColor="text1"/>
        </w:rPr>
        <w:t>In teams, students choose a challenge raised by an exhibitor (for example, efficiency, animal wellbeing, water quality, workforce needs, logistics or changing technology). They describe the problem, identify who is affected, propose a solution and explain how they would measure whether it works.</w:t>
      </w:r>
    </w:p>
    <w:p w14:paraId="23D8DB29" w14:textId="77777777" w:rsidR="001A06E2" w:rsidRPr="000E4C4C" w:rsidRDefault="007D715E">
      <w:pPr>
        <w:pStyle w:val="Heading2"/>
        <w:rPr>
          <w:color w:val="000000" w:themeColor="text1"/>
        </w:rPr>
      </w:pPr>
      <w:r w:rsidRPr="000E4C4C">
        <w:rPr>
          <w:color w:val="000000" w:themeColor="text1"/>
        </w:rPr>
        <w:t>Option C: Product journey</w:t>
      </w:r>
    </w:p>
    <w:p w14:paraId="515C6772" w14:textId="77777777" w:rsidR="001A06E2" w:rsidRPr="000E4C4C" w:rsidRDefault="007D715E">
      <w:pPr>
        <w:rPr>
          <w:color w:val="000000" w:themeColor="text1"/>
        </w:rPr>
      </w:pPr>
      <w:r w:rsidRPr="000E4C4C">
        <w:rPr>
          <w:color w:val="000000" w:themeColor="text1"/>
        </w:rPr>
        <w:t>Students trace a food or fibre product from inputs to consumer. Include production, technology, transport, processing, quality assurance, marketing and retail where relevant. Ask students to identify roles and possible environmental, economic or social considerations at each stage.</w:t>
      </w:r>
    </w:p>
    <w:p w14:paraId="60F9590D" w14:textId="77777777" w:rsidR="001A06E2" w:rsidRPr="000E4C4C" w:rsidRDefault="007D715E">
      <w:pPr>
        <w:pStyle w:val="Heading2"/>
        <w:rPr>
          <w:color w:val="000000" w:themeColor="text1"/>
        </w:rPr>
      </w:pPr>
      <w:r w:rsidRPr="000E4C4C">
        <w:rPr>
          <w:color w:val="000000" w:themeColor="text1"/>
        </w:rPr>
        <w:t>Option D: Industry interview</w:t>
      </w:r>
    </w:p>
    <w:p w14:paraId="58DA435A" w14:textId="77777777" w:rsidR="001A06E2" w:rsidRPr="000E4C4C" w:rsidRDefault="007D715E">
      <w:pPr>
        <w:rPr>
          <w:color w:val="000000" w:themeColor="text1"/>
        </w:rPr>
      </w:pPr>
      <w:r w:rsidRPr="000E4C4C">
        <w:rPr>
          <w:color w:val="000000" w:themeColor="text1"/>
        </w:rPr>
        <w:t>Students prepare five questions, interview an industry professional and write a short profile. They should ask permission before recording or quoting the person and should not include personal contact details without consent.</w:t>
      </w:r>
    </w:p>
    <w:p w14:paraId="4856C8A8" w14:textId="77777777" w:rsidR="001A06E2" w:rsidRPr="000E4C4C" w:rsidRDefault="007D715E">
      <w:pPr>
        <w:pStyle w:val="Heading2"/>
        <w:rPr>
          <w:color w:val="000000" w:themeColor="text1"/>
        </w:rPr>
      </w:pPr>
      <w:r w:rsidRPr="000E4C4C">
        <w:rPr>
          <w:color w:val="000000" w:themeColor="text1"/>
        </w:rPr>
        <w:t>Option E: Pitch and peer feedback</w:t>
      </w:r>
    </w:p>
    <w:p w14:paraId="445CC3A0" w14:textId="2183F449" w:rsidR="001A06E2" w:rsidRPr="000E4C4C" w:rsidRDefault="007D715E" w:rsidP="007C62D2">
      <w:pPr>
        <w:rPr>
          <w:color w:val="000000" w:themeColor="text1"/>
        </w:rPr>
      </w:pPr>
      <w:r w:rsidRPr="000E4C4C">
        <w:rPr>
          <w:color w:val="000000" w:themeColor="text1"/>
        </w:rPr>
        <w:t xml:space="preserve">Students </w:t>
      </w:r>
      <w:r w:rsidR="007C62D2">
        <w:rPr>
          <w:color w:val="000000" w:themeColor="text1"/>
        </w:rPr>
        <w:t>c</w:t>
      </w:r>
      <w:r w:rsidR="007C62D2" w:rsidRPr="006E6C65">
        <w:rPr>
          <w:color w:val="000000" w:themeColor="text1"/>
        </w:rPr>
        <w:t xml:space="preserve">hoose an idea, product, service or innovation </w:t>
      </w:r>
      <w:r w:rsidR="000132B2">
        <w:rPr>
          <w:color w:val="000000" w:themeColor="text1"/>
        </w:rPr>
        <w:t xml:space="preserve">they </w:t>
      </w:r>
      <w:proofErr w:type="gramStart"/>
      <w:r w:rsidR="000132B2">
        <w:rPr>
          <w:color w:val="000000" w:themeColor="text1"/>
        </w:rPr>
        <w:t>found</w:t>
      </w:r>
      <w:proofErr w:type="gramEnd"/>
      <w:r w:rsidR="000132B2">
        <w:rPr>
          <w:color w:val="000000" w:themeColor="text1"/>
        </w:rPr>
        <w:t>.</w:t>
      </w:r>
      <w:r w:rsidR="007C62D2" w:rsidRPr="006E6C65">
        <w:rPr>
          <w:color w:val="000000" w:themeColor="text1"/>
        </w:rPr>
        <w:t xml:space="preserve"> In 30 seconds, explain who it helps, what it does and why it matters.</w:t>
      </w:r>
      <w:r w:rsidR="007C62D2">
        <w:rPr>
          <w:color w:val="000000" w:themeColor="text1"/>
        </w:rPr>
        <w:t xml:space="preserve"> </w:t>
      </w:r>
    </w:p>
    <w:p w14:paraId="509FFC20" w14:textId="5EFC70FD" w:rsidR="001A06E2" w:rsidRPr="000E4C4C" w:rsidRDefault="001A06E2">
      <w:pPr>
        <w:rPr>
          <w:color w:val="000000" w:themeColor="text1"/>
        </w:rPr>
      </w:pPr>
    </w:p>
    <w:sectPr w:rsidR="001A06E2" w:rsidRPr="000E4C4C" w:rsidSect="00034616">
      <w:headerReference w:type="default" r:id="rId11"/>
      <w:footerReference w:type="default" r:id="rId12"/>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59CAE9" w14:textId="77777777" w:rsidR="00126FE2" w:rsidRDefault="00126FE2">
      <w:pPr>
        <w:spacing w:after="0" w:line="240" w:lineRule="auto"/>
      </w:pPr>
      <w:r>
        <w:separator/>
      </w:r>
    </w:p>
  </w:endnote>
  <w:endnote w:type="continuationSeparator" w:id="0">
    <w:p w14:paraId="633E88B1" w14:textId="77777777" w:rsidR="00126FE2" w:rsidRDefault="00126F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F788B" w14:textId="305DCD5E" w:rsidR="001A06E2" w:rsidRDefault="007D715E">
    <w:pPr>
      <w:pStyle w:val="Footer"/>
      <w:jc w:val="center"/>
    </w:pPr>
    <w:r>
      <w:rPr>
        <w:color w:val="646E64"/>
        <w:sz w:val="16"/>
      </w:rPr>
      <w:t xml:space="preserve">Food &amp; </w:t>
    </w:r>
    <w:proofErr w:type="spellStart"/>
    <w:r>
      <w:rPr>
        <w:color w:val="646E64"/>
        <w:sz w:val="16"/>
      </w:rPr>
      <w:t>Fibre</w:t>
    </w:r>
    <w:proofErr w:type="spellEnd"/>
    <w:r>
      <w:rPr>
        <w:color w:val="646E64"/>
        <w:sz w:val="16"/>
      </w:rPr>
      <w:t xml:space="preserve"> Discovery Challenge | Secondary school resource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9A888A" w14:textId="77777777" w:rsidR="00126FE2" w:rsidRDefault="00126FE2">
      <w:pPr>
        <w:spacing w:after="0" w:line="240" w:lineRule="auto"/>
      </w:pPr>
      <w:r>
        <w:separator/>
      </w:r>
    </w:p>
  </w:footnote>
  <w:footnote w:type="continuationSeparator" w:id="0">
    <w:p w14:paraId="705BB7DC" w14:textId="77777777" w:rsidR="00126FE2" w:rsidRDefault="00126F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CA101" w14:textId="3C7B9478" w:rsidR="006E6C65" w:rsidRPr="006E6C65" w:rsidRDefault="006E6C65" w:rsidP="006E6C65">
    <w:pPr>
      <w:pStyle w:val="Header"/>
    </w:pPr>
    <w:r>
      <w:rPr>
        <w:noProof/>
      </w:rPr>
      <w:drawing>
        <wp:inline distT="0" distB="0" distL="0" distR="0" wp14:anchorId="72C03300" wp14:editId="14B84A3A">
          <wp:extent cx="6400800" cy="904240"/>
          <wp:effectExtent l="0" t="0" r="0" b="0"/>
          <wp:docPr id="1177127859" name="Picture 1" descr="A black rectangular object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rectangular object with white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00800" cy="90424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95478404">
    <w:abstractNumId w:val="8"/>
  </w:num>
  <w:num w:numId="2" w16cid:durableId="26492938">
    <w:abstractNumId w:val="6"/>
  </w:num>
  <w:num w:numId="3" w16cid:durableId="1700738835">
    <w:abstractNumId w:val="5"/>
  </w:num>
  <w:num w:numId="4" w16cid:durableId="104346827">
    <w:abstractNumId w:val="4"/>
  </w:num>
  <w:num w:numId="5" w16cid:durableId="364060028">
    <w:abstractNumId w:val="7"/>
  </w:num>
  <w:num w:numId="6" w16cid:durableId="2082605453">
    <w:abstractNumId w:val="3"/>
  </w:num>
  <w:num w:numId="7" w16cid:durableId="669452770">
    <w:abstractNumId w:val="2"/>
  </w:num>
  <w:num w:numId="8" w16cid:durableId="805120752">
    <w:abstractNumId w:val="1"/>
  </w:num>
  <w:num w:numId="9" w16cid:durableId="14074113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32B2"/>
    <w:rsid w:val="00034616"/>
    <w:rsid w:val="0006063C"/>
    <w:rsid w:val="000E4C4C"/>
    <w:rsid w:val="000F003F"/>
    <w:rsid w:val="00126FE2"/>
    <w:rsid w:val="0015074B"/>
    <w:rsid w:val="001A06E2"/>
    <w:rsid w:val="001D41B2"/>
    <w:rsid w:val="00211E8F"/>
    <w:rsid w:val="0024496D"/>
    <w:rsid w:val="0029639D"/>
    <w:rsid w:val="002B317F"/>
    <w:rsid w:val="003108A4"/>
    <w:rsid w:val="00326F90"/>
    <w:rsid w:val="0033200E"/>
    <w:rsid w:val="00374D91"/>
    <w:rsid w:val="00482F3C"/>
    <w:rsid w:val="00614686"/>
    <w:rsid w:val="006E6C65"/>
    <w:rsid w:val="006F141A"/>
    <w:rsid w:val="007C62D2"/>
    <w:rsid w:val="007D715E"/>
    <w:rsid w:val="00811961"/>
    <w:rsid w:val="0089100F"/>
    <w:rsid w:val="008B7169"/>
    <w:rsid w:val="009349D9"/>
    <w:rsid w:val="009C6DBF"/>
    <w:rsid w:val="009F008F"/>
    <w:rsid w:val="00A40A68"/>
    <w:rsid w:val="00AA1D8D"/>
    <w:rsid w:val="00B47730"/>
    <w:rsid w:val="00BE19D2"/>
    <w:rsid w:val="00C03663"/>
    <w:rsid w:val="00C55ABB"/>
    <w:rsid w:val="00C82D29"/>
    <w:rsid w:val="00CA398E"/>
    <w:rsid w:val="00CB0664"/>
    <w:rsid w:val="00CD53A6"/>
    <w:rsid w:val="00D27E0C"/>
    <w:rsid w:val="00DB0E56"/>
    <w:rsid w:val="00DC1C8A"/>
    <w:rsid w:val="00DF03A1"/>
    <w:rsid w:val="00E77C4C"/>
    <w:rsid w:val="00F0119C"/>
    <w:rsid w:val="00F62FD8"/>
    <w:rsid w:val="00F64A4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DA32FED"/>
  <w14:defaultImageDpi w14:val="300"/>
  <w15:docId w15:val="{DE438E2C-0EE7-4F57-BD57-FAD49C90E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F5135"/>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E6B4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2E6B4A"/>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5135"/>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93976e3-c41e-4633-b6dd-ca4d1ee68034">
      <Terms xmlns="http://schemas.microsoft.com/office/infopath/2007/PartnerControls"/>
    </lcf76f155ced4ddcb4097134ff3c332f>
    <TaxCatchAll xmlns="9e44acb9-2189-4b31-9677-9641ed64a79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F92213D2809D64AAD0C5659314F219C" ma:contentTypeVersion="16" ma:contentTypeDescription="Create a new document." ma:contentTypeScope="" ma:versionID="1edb77572f5a4cf97f29d2331ebfe0c0">
  <xsd:schema xmlns:xsd="http://www.w3.org/2001/XMLSchema" xmlns:xs="http://www.w3.org/2001/XMLSchema" xmlns:p="http://schemas.microsoft.com/office/2006/metadata/properties" xmlns:ns2="093976e3-c41e-4633-b6dd-ca4d1ee68034" xmlns:ns3="9e44acb9-2189-4b31-9677-9641ed64a79b" targetNamespace="http://schemas.microsoft.com/office/2006/metadata/properties" ma:root="true" ma:fieldsID="08ebfe5b087002ff521dcf35bb0522c0" ns2:_="" ns3:_="">
    <xsd:import namespace="093976e3-c41e-4633-b6dd-ca4d1ee68034"/>
    <xsd:import namespace="9e44acb9-2189-4b31-9677-9641ed64a79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3976e3-c41e-4633-b6dd-ca4d1ee680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1b53dd4-2a07-43a5-b88e-48cea49d2ad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e44acb9-2189-4b31-9677-9641ed64a79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b30997ec-e481-463d-8103-005a0ec80ac6}" ma:internalName="TaxCatchAll" ma:showField="CatchAllData" ma:web="9e44acb9-2189-4b31-9677-9641ed64a79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467993-6BA1-4D31-8801-4795BA3399D0}">
  <ds:schemaRefs>
    <ds:schemaRef ds:uri="http://schemas.microsoft.com/office/2006/metadata/properties"/>
    <ds:schemaRef ds:uri="http://schemas.microsoft.com/office/infopath/2007/PartnerControls"/>
    <ds:schemaRef ds:uri="093976e3-c41e-4633-b6dd-ca4d1ee68034"/>
    <ds:schemaRef ds:uri="9e44acb9-2189-4b31-9677-9641ed64a79b"/>
  </ds:schemaRefs>
</ds:datastoreItem>
</file>

<file path=customXml/itemProps2.xml><?xml version="1.0" encoding="utf-8"?>
<ds:datastoreItem xmlns:ds="http://schemas.openxmlformats.org/officeDocument/2006/customXml" ds:itemID="{12713C57-A9A5-4F3B-BCA4-268F4AE085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3976e3-c41e-4633-b6dd-ca4d1ee68034"/>
    <ds:schemaRef ds:uri="9e44acb9-2189-4b31-9677-9641ed64a7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793F6B76-7A0A-440C-AC41-497815ABC82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8</Pages>
  <Words>1925</Words>
  <Characters>10978</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12878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Sara Luckman</cp:lastModifiedBy>
  <cp:revision>31</cp:revision>
  <dcterms:created xsi:type="dcterms:W3CDTF">2026-10-26T20:58:00Z</dcterms:created>
  <dcterms:modified xsi:type="dcterms:W3CDTF">2026-10-26T23:03:00Z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0x0101007F92213D2809D64AAD0C5659314F219C</vt:lpwstr>
  </property>
  <property fmtid="{D5CDD505-2E9C-101B-9397-08002B2CF9AE}" pid="3" name="MediaServiceImageTags">
    <vt:lpwstr/>
  </property>
</Properties>
</file>